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Title"/>
        <w:jc w:val="center"/>
        <w:spacing w:after="60" w:before="0" w:line="360" w:lineRule="auto"/>
        <w:rPr>
          <w:lang w:eastAsia="ko-KR"/>
          <w:rFonts w:ascii="맑은 고딕" w:eastAsia="맑은 고딕" w:hAnsi="맑은 고딕" w:hint="eastAsia"/>
          <w:b/>
          <w:color w:val="000000"/>
          <w:sz w:val="28"/>
          <w:szCs w:val="28"/>
          <w:rtl w:val="off"/>
        </w:rPr>
      </w:pPr>
      <w:r>
        <w:rPr>
          <w:rFonts w:ascii="맑은 고딕" w:eastAsia="맑은 고딕" w:hAnsi="맑은 고딕"/>
          <w:b/>
          <w:color w:val="000000"/>
          <w:sz w:val="28"/>
          <w:szCs w:val="28"/>
        </w:rPr>
        <w:t>중간판결신청서</w:t>
      </w:r>
    </w:p>
    <w:p>
      <w:pPr>
        <w:jc w:val="left"/>
        <w:spacing w:line="360" w:lineRule="auto"/>
        <w:rPr>
          <w:lang w:eastAsia="ko-KR"/>
          <w:rFonts w:ascii="맑은 고딕" w:eastAsia="맑은 고딕" w:hAnsi="맑은 고딕" w:hint="eastAsia"/>
          <w:b/>
          <w:color w:val="000000"/>
          <w:sz w:val="24"/>
          <w:szCs w:val="24"/>
          <w:rtl w:val="off"/>
        </w:rPr>
      </w:pPr>
      <w:r>
        <w:rPr>
          <w:lang w:eastAsia="ko-KR"/>
          <w:rFonts w:ascii="맑은 고딕" w:eastAsia="맑은 고딕" w:hAnsi="맑은 고딕"/>
          <w:b/>
          <w:color w:val="000000"/>
          <w:sz w:val="24"/>
          <w:szCs w:val="24"/>
          <w:rtl w:val="off"/>
        </w:rPr>
        <w:t xml:space="preserve">사   건 : </w:t>
      </w:r>
      <w:r>
        <w:rPr>
          <w:rFonts w:ascii="맑은 고딕" w:eastAsia="맑은 고딕" w:hAnsi="맑은 고딕"/>
          <w:b w:val="0"/>
          <w:color w:val="000000"/>
          <w:sz w:val="24"/>
        </w:rPr>
        <w:t>[20  가/구/형/허/느  ○○○○  사건명]</w:t>
      </w:r>
    </w:p>
    <w:p>
      <w:pPr>
        <w:jc w:val="left"/>
        <w:spacing w:line="360" w:lineRule="auto"/>
        <w:rPr>
          <w:lang w:eastAsia="ko-KR"/>
          <w:rFonts w:ascii="맑은 고딕" w:eastAsia="맑은 고딕" w:hAnsi="맑은 고딕" w:hint="eastAsia"/>
          <w:b w:val="0"/>
          <w:color w:val="000000"/>
          <w:sz w:val="24"/>
          <w:rtl w:val="off"/>
        </w:rPr>
      </w:pPr>
      <w:r>
        <w:rPr>
          <w:rFonts w:ascii="맑은 고딕" w:eastAsia="맑은 고딕" w:hAnsi="맑은 고딕"/>
          <w:b/>
          <w:color w:val="000000"/>
          <w:sz w:val="24"/>
          <w:szCs w:val="24"/>
        </w:rPr>
        <w:t>신청인</w:t>
      </w:r>
      <w:r>
        <w:rPr>
          <w:lang w:eastAsia="ko-KR"/>
          <w:rFonts w:ascii="맑은 고딕" w:eastAsia="맑은 고딕" w:hAnsi="맑은 고딕"/>
          <w:b/>
          <w:color w:val="000000"/>
          <w:sz w:val="24"/>
          <w:szCs w:val="24"/>
          <w:rtl w:val="off"/>
        </w:rPr>
        <w:t xml:space="preserve"> : </w:t>
      </w:r>
      <w:r>
        <w:rPr>
          <w:rFonts w:ascii="맑은 고딕" w:eastAsia="맑은 고딕" w:hAnsi="맑은 고딕"/>
          <w:b w:val="0"/>
          <w:color w:val="000000"/>
          <w:sz w:val="24"/>
        </w:rPr>
        <w:t>[원고/피고/피고인/검사/참가인 등 성명]</w:t>
      </w:r>
    </w:p>
    <w:p>
      <w:pPr>
        <w:jc w:val="left"/>
        <w:spacing w:line="360" w:lineRule="auto"/>
        <w:rPr>
          <w:lang/>
          <w:rFonts w:ascii="맑은 고딕" w:eastAsia="맑은 고딕" w:hAnsi="맑은 고딕"/>
          <w:b w:val="0"/>
          <w:color w:val="000000"/>
          <w:sz w:val="24"/>
          <w:rtl w:val="off"/>
        </w:rPr>
      </w:pPr>
      <w:r>
        <w:rPr>
          <w:rFonts w:ascii="맑은 고딕" w:eastAsia="맑은 고딕" w:hAnsi="맑은 고딕"/>
          <w:b/>
          <w:color w:val="000000"/>
          <w:sz w:val="24"/>
        </w:rPr>
        <w:t>상대방</w:t>
      </w:r>
      <w:r>
        <w:rPr>
          <w:lang w:eastAsia="ko-KR"/>
          <w:rFonts w:ascii="맑은 고딕" w:eastAsia="맑은 고딕" w:hAnsi="맑은 고딕"/>
          <w:b/>
          <w:color w:val="000000"/>
          <w:sz w:val="24"/>
          <w:rtl w:val="off"/>
        </w:rPr>
        <w:t xml:space="preserve"> : </w:t>
      </w:r>
      <w:r>
        <w:rPr>
          <w:rFonts w:ascii="맑은 고딕" w:eastAsia="맑은 고딕" w:hAnsi="맑은 고딕"/>
          <w:b w:val="0"/>
          <w:color w:val="000000"/>
          <w:sz w:val="24"/>
        </w:rPr>
        <w:t>[상대방 성명 또는 기관]</w:t>
      </w:r>
    </w:p>
    <w:p>
      <w:pPr>
        <w:jc w:val="left"/>
        <w:spacing w:line="360" w:lineRule="auto"/>
        <w:rPr>
          <w:rFonts w:ascii="맑은 고딕" w:eastAsia="맑은 고딕" w:hAnsi="맑은 고딕" w:hint="default"/>
        </w:rPr>
      </w:pPr>
    </w:p>
    <w:p>
      <w:pPr>
        <w:pStyle w:val="Normal"/>
        <w:jc w:val="left"/>
        <w:spacing w:after="60" w:before="0" w:line="360" w:lineRule="auto"/>
        <w:rPr>
          <w:sz w:val="28"/>
          <w:szCs w:val="28"/>
        </w:rPr>
      </w:pPr>
      <w:r>
        <w:rPr>
          <w:rFonts w:ascii="맑은 고딕" w:eastAsia="맑은 고딕" w:hAnsi="맑은 고딕"/>
          <w:b/>
          <w:bCs/>
          <w:color w:val="000000"/>
          <w:sz w:val="24"/>
        </w:rPr>
        <w:t xml:space="preserve">신청인은 </w:t>
      </w:r>
      <w:r>
        <w:rPr>
          <w:lang w:eastAsia="ko-KR"/>
          <w:rFonts w:ascii="맑은 고딕" w:eastAsia="맑은 고딕" w:hAnsi="맑은 고딕"/>
          <w:b/>
          <w:bCs/>
          <w:color w:val="000000"/>
          <w:sz w:val="24"/>
          <w:rtl w:val="off"/>
        </w:rPr>
        <w:t>이 사건의 쟁점</w:t>
      </w:r>
      <w:r>
        <w:rPr>
          <w:rFonts w:ascii="맑은 고딕" w:eastAsia="맑은 고딕" w:hAnsi="맑은 고딕"/>
          <w:b/>
          <w:bCs/>
          <w:color w:val="000000"/>
          <w:sz w:val="24"/>
        </w:rPr>
        <w:t xml:space="preserve">에 관하여 </w:t>
      </w:r>
      <w:r>
        <w:rPr>
          <w:lang w:eastAsia="ko-KR"/>
          <w:rFonts w:ascii="맑은 고딕" w:eastAsia="맑은 고딕" w:hAnsi="맑은 고딕"/>
          <w:b/>
          <w:bCs/>
          <w:color w:val="000000"/>
          <w:sz w:val="24"/>
          <w:rtl w:val="off"/>
        </w:rPr>
        <w:t>중간판결</w:t>
      </w:r>
      <w:r>
        <w:rPr>
          <w:rFonts w:ascii="맑은 고딕" w:eastAsia="맑은 고딕" w:hAnsi="맑은 고딕"/>
          <w:b/>
          <w:bCs/>
          <w:color w:val="000000"/>
          <w:sz w:val="24"/>
        </w:rPr>
        <w:t>을 신청합니다.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신청취지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1. 법원은 종국판결의 전제가 되는 아래 선결쟁점에 관하여 다음과 같이 중간판결한다.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 xml:space="preserve">   [예: 이 사건 계약은 유효하다 / 원고에게 당사자적격이 있다 / 피고의 소멸시효 항변은 이유 없다 등]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2. 신청을 전부 또는 일부 불허·기각·각하할 경우에는 그 법적·사실적 사유를 명시한다.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라는 판결 또는 결정을 구합니다.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Ⅰ. 관련 법령·판례·증거 및 입증취지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1. 관련 법령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가. 민사소송법 제201조: 독립된 공격 또는 방어방법과 그 밖의 중간쟁점에 관한 중간판결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나. 사건유형별 중간판결 또는 선결문제 판단에 관한 규정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나. 민사소송법 제208조 제2항 및 제224조: 판결 이유의 기재와 결정·명령에 대한 준용 여부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다. 민사소송법 제439조·제440조: 소송절차상 신청의 기각결정 및 형식상 하자 있는 결정 등에 관한 항고 주장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라. 민사소송법 제442조·제443조: 항고법원 결정에 대한 재항고 검토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마. 민사소송법 제449조: 불복할 수 없는 결정·명령에 대한 특별항고 요건 검토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바. 행정소송법 제8조, 가사소송법 등 해당 절차법의 준용규정 [해당 사건]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사. 형사사건은 형사소송법과 형사소송규칙의 해당 절차규정을 별도로 적용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2. 관련 판례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[사건번호·선고일·핵심 법리·이 사건에 적용되는 이유]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3. 관련 헌법 조항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[헌법 제27조 재판청구권, 적법절차, 공격·방어권, 평등원칙 등 사건과 직접 관련되는 항목만 선택]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4. 증거 및 입증취지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증거번호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증거명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확인되는 사실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법적 의미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연결되는 신청사항</w:t>
            </w:r>
          </w:p>
        </w:tc>
      </w:tr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[갑/을/소갑 제○호증]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[자료명]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[구체적 사실]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[쟁점·요건과의 관계]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[신청취지 제○항]</w:t>
            </w:r>
          </w:p>
        </w:tc>
      </w:tr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[갑/을/소갑 제○호증]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[자료명]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[구체적 사실]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[쟁점·요건과의 관계]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[신청취지 제○항]</w:t>
            </w:r>
          </w:p>
        </w:tc>
      </w:tr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[갑/을/소갑 제○호증]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[자료명]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[구체적 사실]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[쟁점·요건과의 관계]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[신청취지 제○항]</w:t>
            </w:r>
          </w:p>
        </w:tc>
      </w:tr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[갑/을/소갑 제○호증]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[자료명]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[구체적 사실]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[쟁점·요건과의 관계]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[신청취지 제○항]</w:t>
            </w:r>
          </w:p>
        </w:tc>
      </w:tr>
    </w:tbl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Ⅱ. 중간판결을 구하는 선결쟁점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번호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선결쟁점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관련 사실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관련 법령·판례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종국판결과의 관계</w:t>
            </w:r>
          </w:p>
        </w:tc>
      </w:tr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1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[독립된 공격·방어방법]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[기초사실]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[조문·판례]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[이 쟁점 판단 없이는 결론 도출 불가]</w:t>
            </w:r>
          </w:p>
        </w:tc>
      </w:tr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2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[독립된 공격·방어방법]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[기초사실]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[조문·판례]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[이 쟁점 판단 없이는 결론 도출 불가]</w:t>
            </w:r>
          </w:p>
        </w:tc>
      </w:tr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3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[독립된 공격·방어방법]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[기초사실]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[조문·판례]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[이 쟁점 판단 없이는 결론 도출 불가]</w:t>
            </w:r>
          </w:p>
        </w:tc>
      </w:tr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4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[독립된 공격·방어방법]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[기초사실]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[조문·판례]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[이 쟁점 판단 없이는 결론 도출 불가]</w:t>
            </w:r>
          </w:p>
        </w:tc>
      </w:tr>
    </w:tbl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Ⅲ. 신청이유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1. 독립된 공격 또는 방어방법에 해당하는 이유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[청구의 전부 또는 일부를 좌우하는 독립 쟁점임을 설명]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2. 종국판결의 전제가 되는 이유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[해당 쟁점의 판단 없이는 나머지 심리 방향과 주문을 정할 수 없는 이유]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3. 사실관계와 증거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[쟁점별 사실과 증거를 대응]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4. 법률상 판단기준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[관련 법령·판례와 올바른 해석]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5. 중간판결의 소송경제상 필요성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[불필요한 감정·증인신문·손해액 심리를 줄이거나 쟁점을 정리하는 효과]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6. 구석명신청과의 관계 [해당하는 경우]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[상대방의 불명확한 주장에 관하여 석명을 구한 뒤 판단할 사항을 특정]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7. 명시적 판단의 필요성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[종국판결에서 선결쟁점을 우회하거나 판단누락하는 것을 방지]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Ⅳ. 헌법상 절차적 권리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종국판결의 논리적 전제가 되는 핵심 쟁점을 아무런 판단 없이 건너뛰거나 불명확한 전제에서 결론을 내리면 당사자는 자신의 공격·방어방법에 대한 실질적인 판단을 받을 기회를 잃을 수 있습니다. 선결쟁점에 대한 명확한 판단은 헌법 제27조의 재판청구권과 적법절차를 보장하는 데 기여합니다.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Ⅴ. 결정 및 불복절차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1. 법원은 신청취지의 각 항목에 관하여 인용·기각·각하 여부와 그 이유를 명시적으로 판단하여 주시기 바랍니다.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2. 신청을 명시적으로 기각·각하한 경우에는 결정의 성격과 개별 불복규정에 따라 항고 또는 즉시항고를 검토합니다.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3. 신청에 대하여 결정을 하지 아니하거나 실질적으로 배척한 경우에는 미결정 또는 소송지휘의 법적 성격을 특정하여 민사소송법 제439조·제440조 등 해당 규정에 따른 불복을 주장합니다.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4. 항고법원의 기각·각하결정에 대해서는 민사소송법 제442조·제443조 등 해당 규정에 따른 재항고를 검토합니다.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5. 법률상 통상 불복할 수 없는 결정·명령에 재판에 영향을 미친 헌법 또는 법률 위반이 있는 경우에는 민사소송법 제449조의 특별항고 요건을 검토합니다.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6. 독립 불복이 허용되지 않는 경우에도 신청서와 법원의 처리 결과를 기록에 남겨 종국판결에 대한 항소·상고에서 판단누락, 이유불비·이유모순, 절차 위반 및 재판청구권 침해로 다툽니다.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별지. 중간판결 요청문 작성 예시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1. [쟁점]에 관하여 [구체적 결론]이라고 판단한다.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2. 위 판단의 기초가 되는 사실은 [사실]이고, 적용 법리는 [법령·판례]이다.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3. 위 선결쟁점이 확정되면 이후 심리는 [손해액·이행범위·잔여쟁점]에 한정한다.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첨부서류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1. [관련 서면·증거]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2. [관련 판례·결정문]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3. [그 밖의 참고자료]</w:t>
      </w:r>
    </w:p>
    <w:p>
      <w:pPr>
        <w:jc w:val="center"/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[20  .  .  .]</w:t>
      </w:r>
    </w:p>
    <w:p>
      <w:pPr>
        <w:jc w:val="center"/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[신청인 성명] (서명 또는 날인)</w:t>
      </w:r>
    </w:p>
    <w:p>
      <w:pPr>
        <w:jc w:val="center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[○○법원 귀중]</w:t>
      </w:r>
    </w:p>
    <w:sectPr>
      <w:pgSz w:w="11906" w:h="16838"/>
      <w:pgMar w:top="2551" w:right="1134" w:bottom="1701" w:left="1134" w:header="0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맑은 고딕">
    <w:panose1 w:val="020B0503020000020004"/>
    <w:charset w:val="00"/>
    <w:notTrueType w:val="false"/>
    <w:sig w:usb0="9000002F" w:usb1="29D77CFB" w:usb2="00000012" w:usb3="00000001" w:csb0="00080001" w:csb1="00000001"/>
  </w:font>
  <w:font w:name="Courier">
    <w:panose1 w:val="02000500FFFFFFFFFFFF"/>
    <w:family w:val="auto"/>
    <w:charset w:val="00"/>
    <w:notTrueType w:val="false"/>
    <w:pitch w:val="variable"/>
    <w:sig w:usb0="00000003" w:usb1="00000000" w:usb2="00000000" w:usb3="00000000" w:csb0="00000001" w:csb1="00000000"/>
  </w:font>
  <w:font w:name="Symbol">
    <w:panose1 w:val="05050102010706020507"/>
    <w:family w:val="auto"/>
    <w:charset w:val="02"/>
    <w:notTrueType w:val="false"/>
    <w:sig w:usb0="00000001" w:usb1="00000001" w:usb2="00000001" w:usb3="00000001" w:csb0="80000000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ffffff89"/>
    <w:multiLevelType w:val="singleLevel"/>
    <w:tmpl w:val="29761a62"/>
    <w:lvl w:ilvl="0">
      <w:start w:val="1"/>
      <w:numFmt w:val="bullet"/>
      <w:lvlText w:val=""/>
      <w:lvlJc w:val="left"/>
      <w:pStyle w:val="ListBullet"/>
      <w:pPr>
        <w:ind w:left="360" w:hanging="360"/>
        <w:tabs>
          <w:tab w:val="num" w:pos="360"/>
        </w:tabs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3d1effd4"/>
    <w:lvl w:ilvl="0">
      <w:start w:val="1"/>
      <w:numFmt w:val="bullet"/>
      <w:lvlText w:val=""/>
      <w:lvlJc w:val="left"/>
      <w:pStyle w:val="ListBullet2"/>
      <w:pPr>
        <w:ind w:left="720" w:hanging="360"/>
        <w:tabs>
          <w:tab w:val="num" w:pos="720"/>
        </w:tabs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f3eafdec"/>
    <w:lvl w:ilvl="0">
      <w:start w:val="1"/>
      <w:numFmt w:val="bullet"/>
      <w:lvlText w:val=""/>
      <w:lvlJc w:val="left"/>
      <w:pStyle w:val="ListBullet3"/>
      <w:pPr>
        <w:ind w:left="1080" w:hanging="360"/>
        <w:tabs>
          <w:tab w:val="num" w:pos="1080"/>
        </w:tabs>
      </w:pPr>
      <w:rPr>
        <w:rFonts w:ascii="Symbol" w:hAnsi="Symbol" w:hint="default"/>
      </w:rPr>
    </w:lvl>
  </w:abstractNum>
  <w:abstractNum w:abstractNumId="3">
    <w:nsid w:val="ffffff88"/>
    <w:multiLevelType w:val="singleLevel"/>
    <w:tmpl w:val="d0a62b40"/>
    <w:lvl w:ilvl="0">
      <w:start w:val="1"/>
      <w:lvlText w:val="%1."/>
      <w:lvlJc w:val="left"/>
      <w:pStyle w:val="ListNumber"/>
      <w:pPr>
        <w:ind w:left="360" w:hanging="360"/>
        <w:tabs>
          <w:tab w:val="num" w:pos="360"/>
        </w:tabs>
      </w:pPr>
    </w:lvl>
  </w:abstractNum>
  <w:abstractNum w:abstractNumId="4">
    <w:nsid w:val="ffffff7f"/>
    <w:multiLevelType w:val="singleLevel"/>
    <w:tmpl w:val="38441652"/>
    <w:lvl w:ilvl="0">
      <w:start w:val="1"/>
      <w:lvlText w:val="%1."/>
      <w:lvlJc w:val="left"/>
      <w:pStyle w:val="ListNumber2"/>
      <w:pPr>
        <w:ind w:left="720" w:hanging="360"/>
        <w:tabs>
          <w:tab w:val="num" w:pos="720"/>
        </w:tabs>
      </w:pPr>
    </w:lvl>
  </w:abstractNum>
  <w:abstractNum w:abstractNumId="5">
    <w:nsid w:val="ffffff7e"/>
    <w:multiLevelType w:val="singleLevel"/>
    <w:tmpl w:val="fb12693a"/>
    <w:lvl w:ilvl="0">
      <w:start w:val="1"/>
      <w:lvlText w:val="%1."/>
      <w:lvlJc w:val="left"/>
      <w:pStyle w:val="ListNumber3"/>
      <w:pPr>
        <w:ind w:left="1080" w:hanging="360"/>
        <w:tabs>
          <w:tab w:val="num" w:pos="1080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val="bestFit"/>
  <w:removePersonalInformation/>
  <w:bordersDontSurroundHeader/>
  <w:bordersDontSurroundFooter/>
  <w:hideGrammaticalErrors/>
  <w:proofState w:spelling="clean" w:grammar="clean"/>
  <w:defaultTabStop w:val="72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ja-JP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87"/>
    <w:lsdException w:name="toc 2" w:uiPriority="87"/>
    <w:lsdException w:name="toc 3" w:uiPriority="87"/>
    <w:lsdException w:name="toc 4" w:uiPriority="87"/>
    <w:lsdException w:name="toc 5" w:uiPriority="87"/>
    <w:lsdException w:name="toc 6" w:uiPriority="87"/>
    <w:lsdException w:name="toc 7" w:uiPriority="87"/>
    <w:lsdException w:name="toc 8" w:uiPriority="87"/>
    <w:lsdException w:name="toc 9" w:uiPriority="87"/>
    <w:lsdException w:name="caption" w:uiPriority="83" w:qFormat="1"/>
    <w:lsdException w:name="Title" w:semiHidden="0" w:uiPriority="22" w:unhideWhenUsed="0" w:qFormat="1"/>
    <w:lsdException w:name="Default Paragraph Font" w:uiPriority="1"/>
    <w:lsdException w:name="Subtitle" w:semiHidden="0" w:uiPriority="23" w:unhideWhenUsed="0" w:qFormat="1"/>
    <w:lsdException w:name="Strong" w:semiHidden="0" w:uiPriority="52" w:unhideWhenUsed="0" w:qFormat="1"/>
    <w:lsdException w:name="Emphasis" w:semiHidden="0" w:uiPriority="50" w:unhideWhenUsed="0" w:qFormat="1"/>
    <w:lsdException w:name="Table Grid" w:semiHidden="0" w:uiPriority="137" w:unhideWhenUsed="0"/>
    <w:lsdException w:name="Placeholder Text" w:unhideWhenUsed="0"/>
    <w:lsdException w:name="No Spacing" w:semiHidden="0" w:uiPriority="1" w:unhideWhenUsed="0" w:qFormat="1"/>
    <w:lsdException w:name="Light Shading" w:semiHidden="0" w:uiPriority="150" w:unhideWhenUsed="0"/>
    <w:lsdException w:name="Light List" w:semiHidden="0" w:uiPriority="151" w:unhideWhenUsed="0"/>
    <w:lsdException w:name="Light Grid" w:semiHidden="0" w:uiPriority="152" w:unhideWhenUsed="0"/>
    <w:lsdException w:name="Medium Shading 1" w:semiHidden="0" w:uiPriority="153" w:unhideWhenUsed="0"/>
    <w:lsdException w:name="Medium Shading 2" w:semiHidden="0" w:uiPriority="256" w:unhideWhenUsed="0"/>
    <w:lsdException w:name="Medium List 1" w:semiHidden="0" w:uiPriority="257" w:unhideWhenUsed="0"/>
    <w:lsdException w:name="Medium List 2" w:semiHidden="0" w:uiPriority="258" w:unhideWhenUsed="0"/>
    <w:lsdException w:name="Medium Grid 1" w:semiHidden="0" w:uiPriority="259" w:unhideWhenUsed="0"/>
    <w:lsdException w:name="Medium Grid 2" w:semiHidden="0" w:uiPriority="260" w:unhideWhenUsed="0"/>
    <w:lsdException w:name="Medium Grid 3" w:semiHidden="0" w:uiPriority="261" w:unhideWhenUsed="0"/>
    <w:lsdException w:name="Dark List" w:semiHidden="0" w:uiPriority="274" w:unhideWhenUsed="0"/>
    <w:lsdException w:name="Colorful Shading" w:semiHidden="0" w:uiPriority="275" w:unhideWhenUsed="0"/>
    <w:lsdException w:name="Colorful List" w:semiHidden="0" w:uiPriority="276" w:unhideWhenUsed="0"/>
    <w:lsdException w:name="Colorful Grid" w:semiHidden="0" w:uiPriority="277" w:unhideWhenUsed="0"/>
    <w:lsdException w:name="Light Shading Accent 1" w:semiHidden="0" w:uiPriority="150" w:unhideWhenUsed="0"/>
    <w:lsdException w:name="Light List Accent 1" w:semiHidden="0" w:uiPriority="151" w:unhideWhenUsed="0"/>
    <w:lsdException w:name="Light Grid Accent 1" w:semiHidden="0" w:uiPriority="152" w:unhideWhenUsed="0"/>
    <w:lsdException w:name="Medium Shading 1 Accent 1" w:semiHidden="0" w:uiPriority="153" w:unhideWhenUsed="0"/>
    <w:lsdException w:name="Medium Shading 2 Accent 1" w:semiHidden="0" w:uiPriority="256" w:unhideWhenUsed="0"/>
    <w:lsdException w:name="Medium List 1 Accent 1" w:semiHidden="0" w:uiPriority="257" w:unhideWhenUsed="0"/>
    <w:lsdException w:name="Revision" w:unhideWhenUsed="0"/>
    <w:lsdException w:name="List Paragraph" w:semiHidden="0" w:uiPriority="82" w:unhideWhenUsed="0" w:qFormat="1"/>
    <w:lsdException w:name="Quote" w:semiHidden="0" w:uiPriority="65" w:unhideWhenUsed="0" w:qFormat="1"/>
    <w:lsdException w:name="Intense Quote" w:semiHidden="0" w:uiPriority="72" w:unhideWhenUsed="0" w:qFormat="1"/>
    <w:lsdException w:name="Medium List 2 Accent 1" w:semiHidden="0" w:uiPriority="258" w:unhideWhenUsed="0"/>
    <w:lsdException w:name="Medium Grid 1 Accent 1" w:semiHidden="0" w:uiPriority="259" w:unhideWhenUsed="0"/>
    <w:lsdException w:name="Medium Grid 2 Accent 1" w:semiHidden="0" w:uiPriority="260" w:unhideWhenUsed="0"/>
    <w:lsdException w:name="Medium Grid 3 Accent 1" w:semiHidden="0" w:uiPriority="261" w:unhideWhenUsed="0"/>
    <w:lsdException w:name="Dark List Accent 1" w:semiHidden="0" w:uiPriority="274" w:unhideWhenUsed="0"/>
    <w:lsdException w:name="Colorful Shading Accent 1" w:semiHidden="0" w:uiPriority="275" w:unhideWhenUsed="0"/>
    <w:lsdException w:name="Colorful List Accent 1" w:semiHidden="0" w:uiPriority="276" w:unhideWhenUsed="0"/>
    <w:lsdException w:name="Colorful Grid Accent 1" w:semiHidden="0" w:uiPriority="277" w:unhideWhenUsed="0"/>
    <w:lsdException w:name="Light Shading Accent 2" w:semiHidden="0" w:uiPriority="150" w:unhideWhenUsed="0"/>
    <w:lsdException w:name="Light List Accent 2" w:semiHidden="0" w:uiPriority="151" w:unhideWhenUsed="0"/>
    <w:lsdException w:name="Light Grid Accent 2" w:semiHidden="0" w:uiPriority="152" w:unhideWhenUsed="0"/>
    <w:lsdException w:name="Medium Shading 1 Accent 2" w:semiHidden="0" w:uiPriority="153" w:unhideWhenUsed="0"/>
    <w:lsdException w:name="Medium Shading 2 Accent 2" w:semiHidden="0" w:uiPriority="256" w:unhideWhenUsed="0"/>
    <w:lsdException w:name="Medium List 1 Accent 2" w:semiHidden="0" w:uiPriority="257" w:unhideWhenUsed="0"/>
    <w:lsdException w:name="Medium List 2 Accent 2" w:semiHidden="0" w:uiPriority="258" w:unhideWhenUsed="0"/>
    <w:lsdException w:name="Medium Grid 1 Accent 2" w:semiHidden="0" w:uiPriority="259" w:unhideWhenUsed="0"/>
    <w:lsdException w:name="Medium Grid 2 Accent 2" w:semiHidden="0" w:uiPriority="260" w:unhideWhenUsed="0"/>
    <w:lsdException w:name="Medium Grid 3 Accent 2" w:semiHidden="0" w:uiPriority="261" w:unhideWhenUsed="0"/>
    <w:lsdException w:name="Dark List Accent 2" w:semiHidden="0" w:uiPriority="274" w:unhideWhenUsed="0"/>
    <w:lsdException w:name="Colorful Shading Accent 2" w:semiHidden="0" w:uiPriority="275" w:unhideWhenUsed="0"/>
    <w:lsdException w:name="Colorful List Accent 2" w:semiHidden="0" w:uiPriority="276" w:unhideWhenUsed="0"/>
    <w:lsdException w:name="Colorful Grid Accent 2" w:semiHidden="0" w:uiPriority="277" w:unhideWhenUsed="0"/>
    <w:lsdException w:name="Light Shading Accent 3" w:semiHidden="0" w:uiPriority="150" w:unhideWhenUsed="0"/>
    <w:lsdException w:name="Light List Accent 3" w:semiHidden="0" w:uiPriority="151" w:unhideWhenUsed="0"/>
    <w:lsdException w:name="Light Grid Accent 3" w:semiHidden="0" w:uiPriority="152" w:unhideWhenUsed="0"/>
    <w:lsdException w:name="Medium Shading 1 Accent 3" w:semiHidden="0" w:uiPriority="153" w:unhideWhenUsed="0"/>
    <w:lsdException w:name="Medium Shading 2 Accent 3" w:semiHidden="0" w:uiPriority="256" w:unhideWhenUsed="0"/>
    <w:lsdException w:name="Medium List 1 Accent 3" w:semiHidden="0" w:uiPriority="257" w:unhideWhenUsed="0"/>
    <w:lsdException w:name="Medium List 2 Accent 3" w:semiHidden="0" w:uiPriority="258" w:unhideWhenUsed="0"/>
    <w:lsdException w:name="Medium Grid 1 Accent 3" w:semiHidden="0" w:uiPriority="259" w:unhideWhenUsed="0"/>
    <w:lsdException w:name="Medium Grid 2 Accent 3" w:semiHidden="0" w:uiPriority="260" w:unhideWhenUsed="0"/>
    <w:lsdException w:name="Medium Grid 3 Accent 3" w:semiHidden="0" w:uiPriority="261" w:unhideWhenUsed="0"/>
    <w:lsdException w:name="Dark List Accent 3" w:semiHidden="0" w:uiPriority="274" w:unhideWhenUsed="0"/>
    <w:lsdException w:name="Colorful Shading Accent 3" w:semiHidden="0" w:uiPriority="275" w:unhideWhenUsed="0"/>
    <w:lsdException w:name="Colorful List Accent 3" w:semiHidden="0" w:uiPriority="276" w:unhideWhenUsed="0"/>
    <w:lsdException w:name="Colorful Grid Accent 3" w:semiHidden="0" w:uiPriority="277" w:unhideWhenUsed="0"/>
    <w:lsdException w:name="Light Shading Accent 4" w:semiHidden="0" w:uiPriority="150" w:unhideWhenUsed="0"/>
    <w:lsdException w:name="Light List Accent 4" w:semiHidden="0" w:uiPriority="151" w:unhideWhenUsed="0"/>
    <w:lsdException w:name="Light Grid Accent 4" w:semiHidden="0" w:uiPriority="152" w:unhideWhenUsed="0"/>
    <w:lsdException w:name="Medium Shading 1 Accent 4" w:semiHidden="0" w:uiPriority="153" w:unhideWhenUsed="0"/>
    <w:lsdException w:name="Medium Shading 2 Accent 4" w:semiHidden="0" w:uiPriority="256" w:unhideWhenUsed="0"/>
    <w:lsdException w:name="Medium List 1 Accent 4" w:semiHidden="0" w:uiPriority="257" w:unhideWhenUsed="0"/>
    <w:lsdException w:name="Medium List 2 Accent 4" w:semiHidden="0" w:uiPriority="258" w:unhideWhenUsed="0"/>
    <w:lsdException w:name="Medium Grid 1 Accent 4" w:semiHidden="0" w:uiPriority="259" w:unhideWhenUsed="0"/>
    <w:lsdException w:name="Medium Grid 2 Accent 4" w:semiHidden="0" w:uiPriority="260" w:unhideWhenUsed="0"/>
    <w:lsdException w:name="Medium Grid 3 Accent 4" w:semiHidden="0" w:uiPriority="261" w:unhideWhenUsed="0"/>
    <w:lsdException w:name="Dark List Accent 4" w:semiHidden="0" w:uiPriority="274" w:unhideWhenUsed="0"/>
    <w:lsdException w:name="Colorful Shading Accent 4" w:semiHidden="0" w:uiPriority="275" w:unhideWhenUsed="0"/>
    <w:lsdException w:name="Colorful List Accent 4" w:semiHidden="0" w:uiPriority="276" w:unhideWhenUsed="0"/>
    <w:lsdException w:name="Colorful Grid Accent 4" w:semiHidden="0" w:uiPriority="277" w:unhideWhenUsed="0"/>
    <w:lsdException w:name="Light Shading Accent 5" w:semiHidden="0" w:uiPriority="150" w:unhideWhenUsed="0"/>
    <w:lsdException w:name="Light List Accent 5" w:semiHidden="0" w:uiPriority="151" w:unhideWhenUsed="0"/>
    <w:lsdException w:name="Light Grid Accent 5" w:semiHidden="0" w:uiPriority="152" w:unhideWhenUsed="0"/>
    <w:lsdException w:name="Medium Shading 1 Accent 5" w:semiHidden="0" w:uiPriority="153" w:unhideWhenUsed="0"/>
    <w:lsdException w:name="Medium Shading 2 Accent 5" w:semiHidden="0" w:uiPriority="256" w:unhideWhenUsed="0"/>
    <w:lsdException w:name="Medium List 1 Accent 5" w:semiHidden="0" w:uiPriority="257" w:unhideWhenUsed="0"/>
    <w:lsdException w:name="Medium List 2 Accent 5" w:semiHidden="0" w:uiPriority="258" w:unhideWhenUsed="0"/>
    <w:lsdException w:name="Medium Grid 1 Accent 5" w:semiHidden="0" w:uiPriority="259" w:unhideWhenUsed="0"/>
    <w:lsdException w:name="Medium Grid 2 Accent 5" w:semiHidden="0" w:uiPriority="260" w:unhideWhenUsed="0"/>
    <w:lsdException w:name="Medium Grid 3 Accent 5" w:semiHidden="0" w:uiPriority="261" w:unhideWhenUsed="0"/>
    <w:lsdException w:name="Dark List Accent 5" w:semiHidden="0" w:uiPriority="274" w:unhideWhenUsed="0"/>
    <w:lsdException w:name="Colorful Shading Accent 5" w:semiHidden="0" w:uiPriority="275" w:unhideWhenUsed="0"/>
    <w:lsdException w:name="Colorful List Accent 5" w:semiHidden="0" w:uiPriority="276" w:unhideWhenUsed="0"/>
    <w:lsdException w:name="Colorful Grid Accent 5" w:semiHidden="0" w:uiPriority="277" w:unhideWhenUsed="0"/>
    <w:lsdException w:name="Light Shading Accent 6" w:semiHidden="0" w:uiPriority="150" w:unhideWhenUsed="0"/>
    <w:lsdException w:name="Light List Accent 6" w:semiHidden="0" w:uiPriority="151" w:unhideWhenUsed="0"/>
    <w:lsdException w:name="Light Grid Accent 6" w:semiHidden="0" w:uiPriority="152" w:unhideWhenUsed="0"/>
    <w:lsdException w:name="Medium Shading 1 Accent 6" w:semiHidden="0" w:uiPriority="153" w:unhideWhenUsed="0"/>
    <w:lsdException w:name="Medium Shading 2 Accent 6" w:semiHidden="0" w:uiPriority="256" w:unhideWhenUsed="0"/>
    <w:lsdException w:name="Medium List 1 Accent 6" w:semiHidden="0" w:uiPriority="257" w:unhideWhenUsed="0"/>
    <w:lsdException w:name="Medium List 2 Accent 6" w:semiHidden="0" w:uiPriority="258" w:unhideWhenUsed="0"/>
    <w:lsdException w:name="Medium Grid 1 Accent 6" w:semiHidden="0" w:uiPriority="259" w:unhideWhenUsed="0"/>
    <w:lsdException w:name="Medium Grid 2 Accent 6" w:semiHidden="0" w:uiPriority="260" w:unhideWhenUsed="0"/>
    <w:lsdException w:name="Medium Grid 3 Accent 6" w:semiHidden="0" w:uiPriority="261" w:unhideWhenUsed="0"/>
    <w:lsdException w:name="Dark List Accent 6" w:semiHidden="0" w:uiPriority="274" w:unhideWhenUsed="0"/>
    <w:lsdException w:name="Colorful Shading Accent 6" w:semiHidden="0" w:uiPriority="275" w:unhideWhenUsed="0"/>
    <w:lsdException w:name="Colorful List Accent 6" w:semiHidden="0" w:uiPriority="276" w:unhideWhenUsed="0"/>
    <w:lsdException w:name="Colorful Grid Accent 6" w:semiHidden="0" w:uiPriority="277" w:unhideWhenUsed="0"/>
    <w:lsdException w:name="Subtle Emphasis" w:semiHidden="0" w:uiPriority="37" w:unhideWhenUsed="0" w:qFormat="1"/>
    <w:lsdException w:name="Intense Emphasis" w:semiHidden="0" w:uiPriority="51" w:unhideWhenUsed="0" w:qFormat="1"/>
    <w:lsdException w:name="Subtle Reference" w:semiHidden="0" w:uiPriority="73" w:unhideWhenUsed="0" w:qFormat="1"/>
    <w:lsdException w:name="Intense Reference" w:semiHidden="0" w:uiPriority="80" w:unhideWhenUsed="0" w:qFormat="1"/>
    <w:lsdException w:name="Book Title" w:semiHidden="0" w:uiPriority="81" w:unhideWhenUsed="0" w:qFormat="1"/>
    <w:lsdException w:name="Bibliography" w:uiPriority="85"/>
    <w:lsdException w:name="TOC Heading" w:uiPriority="87" w:qFormat="1"/>
  </w:latentStyles>
  <w:style w:type="paragraph" w:default="1" w:styleId="Normal">
    <w:name w:val="Normal"/>
    <w:qFormat/>
    <w:pPr>
      <w:spacing w:after="60" w:before="0" w:line="360" w:lineRule="auto"/>
    </w:pPr>
    <w:rPr>
      <w:rFonts w:ascii="맑은 고딕" w:eastAsia="맑은 고딕" w:hAnsi="맑은 고딕"/>
      <w:color w:val="000000"/>
      <w:sz w:val="24"/>
    </w:rPr>
  </w:style>
  <w:style w:type="paragraph" w:customStyle="1" w:styleId="Header">
    <w:name w:val="header"/>
    <w:uiPriority w:val="99"/>
    <w:basedOn w:val="Normal"/>
    <w:link w:val="HeaderChar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uiPriority w:val="99"/>
    <w:basedOn w:val="DefaultParagraphFont"/>
    <w:link w:val="Header"/>
  </w:style>
  <w:style w:type="paragraph" w:customStyle="1" w:styleId="Footer">
    <w:name w:val="footer"/>
    <w:uiPriority w:val="99"/>
    <w:basedOn w:val="Normal"/>
    <w:link w:val="FooterChar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uiPriority w:val="99"/>
    <w:basedOn w:val="DefaultParagraphFont"/>
    <w:link w:val="Footer"/>
  </w:style>
  <w:style w:type="paragraph" w:styleId="Heading1">
    <w:name w:val="heading 1"/>
    <w:uiPriority w:val="9"/>
    <w:basedOn w:val="Normal"/>
    <w:next w:val="Normal"/>
    <w:link w:val="Heading1Char"/>
    <w:qFormat/>
    <w:pPr>
      <w:keepNext/>
      <w:keepLines/>
      <w:outlineLvl w:val="0"/>
      <w:spacing w:after="60" w:before="0" w:line="360" w:lineRule="auto"/>
    </w:pPr>
    <w:rPr>
      <w:rFonts w:asciiTheme="majorHAnsi" w:eastAsiaTheme="majorEastAsia" w:hAnsiTheme="majorHAnsi" w:cstheme="majorBidi"/>
      <w:b/>
      <w:bCs/>
      <w:color w:val="000000"/>
      <w:sz w:val="24"/>
      <w:szCs w:val="28"/>
    </w:rPr>
  </w:style>
  <w:style w:type="paragraph" w:styleId="Heading2">
    <w:name w:val="heading 2"/>
    <w:uiPriority w:val="9"/>
    <w:basedOn w:val="Normal"/>
    <w:next w:val="Normal"/>
    <w:link w:val="Heading2Char"/>
    <w:qFormat/>
    <w:unhideWhenUsed/>
    <w:pPr>
      <w:keepNext/>
      <w:keepLines/>
      <w:outlineLvl w:val="1"/>
      <w:spacing w:after="60" w:before="0" w:line="360" w:lineRule="auto"/>
    </w:pPr>
    <w:rPr>
      <w:rFonts w:asciiTheme="majorHAnsi" w:eastAsiaTheme="majorEastAsia" w:hAnsiTheme="majorHAnsi" w:cstheme="majorBidi"/>
      <w:b/>
      <w:bCs/>
      <w:color w:val="000000"/>
      <w:sz w:val="24"/>
      <w:szCs w:val="26"/>
    </w:rPr>
  </w:style>
  <w:style w:type="paragraph" w:styleId="Heading3">
    <w:name w:val="heading 3"/>
    <w:uiPriority w:val="9"/>
    <w:basedOn w:val="Normal"/>
    <w:next w:val="Normal"/>
    <w:link w:val="Heading3Char"/>
    <w:qFormat/>
    <w:unhideWhenUsed/>
    <w:pPr>
      <w:keepNext/>
      <w:keepLines/>
      <w:outlineLvl w:val="2"/>
      <w:spacing w:after="60" w:before="0" w:line="360" w:lineRule="auto"/>
    </w:pPr>
    <w:rPr>
      <w:rFonts w:asciiTheme="majorHAnsi" w:eastAsiaTheme="majorEastAsia" w:hAnsiTheme="majorHAnsi" w:cstheme="majorBidi"/>
      <w:b/>
      <w:bCs/>
      <w:color w:val="000000"/>
      <w:sz w:val="24"/>
    </w:rPr>
  </w:style>
  <w:style w:type="paragraph" w:styleId="Heading4">
    <w:name w:val="heading 4"/>
    <w:uiPriority w:val="9"/>
    <w:basedOn w:val="Normal"/>
    <w:next w:val="Normal"/>
    <w:link w:val="Heading4Char"/>
    <w:qFormat/>
    <w:semiHidden/>
    <w:unhideWhenUsed/>
    <w:pPr>
      <w:keepNext/>
      <w:keepLines/>
      <w:outlineLvl w:val="3"/>
      <w:spacing w:after="0" w:before="200"/>
    </w:pPr>
    <w:rPr>
      <w:rFonts w:asciiTheme="majorHAnsi" w:eastAsiaTheme="majorEastAsia" w:hAnsiTheme="majorHAnsi" w:cstheme="majorBidi"/>
      <w:b/>
      <w:bCs/>
      <w:i/>
      <w:iCs/>
      <w:color w:val="4F81BD"/>
    </w:rPr>
  </w:style>
  <w:style w:type="paragraph" w:styleId="Heading5">
    <w:name w:val="heading 5"/>
    <w:uiPriority w:val="9"/>
    <w:basedOn w:val="Normal"/>
    <w:next w:val="Normal"/>
    <w:link w:val="Heading5Char"/>
    <w:qFormat/>
    <w:semiHidden/>
    <w:unhideWhenUsed/>
    <w:pPr>
      <w:keepNext/>
      <w:keepLines/>
      <w:outlineLvl w:val="4"/>
      <w:spacing w:after="0" w:before="200"/>
    </w:pPr>
    <w:rPr>
      <w:rFonts w:asciiTheme="majorHAnsi" w:eastAsiaTheme="majorEastAsia" w:hAnsiTheme="majorHAnsi" w:cstheme="majorBidi"/>
      <w:color w:val="244061"/>
    </w:rPr>
  </w:style>
  <w:style w:type="paragraph" w:styleId="Heading6">
    <w:name w:val="heading 6"/>
    <w:uiPriority w:val="9"/>
    <w:basedOn w:val="Normal"/>
    <w:next w:val="Normal"/>
    <w:link w:val="Heading6Char"/>
    <w:qFormat/>
    <w:semiHidden/>
    <w:unhideWhenUsed/>
    <w:pPr>
      <w:keepNext/>
      <w:keepLines/>
      <w:outlineLvl w:val="5"/>
      <w:spacing w:after="0" w:before="200"/>
    </w:pPr>
    <w:rPr>
      <w:rFonts w:asciiTheme="majorHAnsi" w:eastAsiaTheme="majorEastAsia" w:hAnsiTheme="majorHAnsi" w:cstheme="majorBidi"/>
      <w:i/>
      <w:iCs/>
      <w:color w:val="244061"/>
    </w:rPr>
  </w:style>
  <w:style w:type="paragraph" w:styleId="Heading7">
    <w:name w:val="heading 7"/>
    <w:uiPriority w:val="9"/>
    <w:basedOn w:val="Normal"/>
    <w:next w:val="Normal"/>
    <w:link w:val="Heading7Char"/>
    <w:qFormat/>
    <w:semiHidden/>
    <w:unhideWhenUsed/>
    <w:pPr>
      <w:keepNext/>
      <w:keepLines/>
      <w:outlineLvl w:val="6"/>
      <w:spacing w:after="0" w:before="200"/>
    </w:pPr>
    <w:rPr>
      <w:rFonts w:asciiTheme="majorHAnsi" w:eastAsiaTheme="majorEastAsia" w:hAnsiTheme="majorHAnsi" w:cstheme="majorBidi"/>
      <w:i/>
      <w:iCs/>
      <w:color w:val="3F3F3F"/>
    </w:rPr>
  </w:style>
  <w:style w:type="paragraph" w:styleId="Heading8">
    <w:name w:val="heading 8"/>
    <w:uiPriority w:val="9"/>
    <w:basedOn w:val="Normal"/>
    <w:next w:val="Normal"/>
    <w:link w:val="Heading8Char"/>
    <w:qFormat/>
    <w:semiHidden/>
    <w:unhideWhenUsed/>
    <w:pPr>
      <w:keepNext/>
      <w:keepLines/>
      <w:outlineLvl w:val="7"/>
      <w:spacing w:after="0" w:before="200"/>
    </w:pPr>
    <w:rPr>
      <w:rFonts w:asciiTheme="majorHAnsi" w:eastAsiaTheme="majorEastAsia" w:hAnsiTheme="majorHAnsi" w:cstheme="majorBidi"/>
      <w:color w:val="4F81BD"/>
      <w:sz w:val="20"/>
      <w:szCs w:val="20"/>
    </w:rPr>
  </w:style>
  <w:style w:type="paragraph" w:styleId="Heading9">
    <w:name w:val="heading 9"/>
    <w:uiPriority w:val="9"/>
    <w:basedOn w:val="Normal"/>
    <w:next w:val="Normal"/>
    <w:link w:val="Heading9Char"/>
    <w:qFormat/>
    <w:semiHidden/>
    <w:unhideWhenUsed/>
    <w:pPr>
      <w:keepNext/>
      <w:keepLines/>
      <w:outlineLvl w:val="8"/>
      <w:spacing w:after="0" w:before="200"/>
    </w:pPr>
    <w:rPr>
      <w:rFonts w:asciiTheme="majorHAnsi" w:eastAsiaTheme="majorEastAsia" w:hAnsiTheme="majorHAnsi" w:cstheme="majorBidi"/>
      <w:i/>
      <w:iCs/>
      <w:color w:val="3F3F3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basedOn w:val="DefaultParagraphFont"/>
    <w:link w:val="Heading1"/>
    <w:rPr>
      <w:rFonts w:asciiTheme="majorHAnsi" w:eastAsiaTheme="majorEastAsia" w:hAnsiTheme="majorHAnsi" w:cstheme="majorBidi"/>
      <w:b/>
      <w:bCs/>
      <w:color w:val="376092"/>
      <w:sz w:val="28"/>
      <w:szCs w:val="28"/>
    </w:rPr>
  </w:style>
  <w:style w:type="character" w:customStyle="1" w:styleId="Heading2Char">
    <w:name w:val="Heading 2 Char"/>
    <w:uiPriority w:val="9"/>
    <w:basedOn w:val="DefaultParagraphFont"/>
    <w:link w:val="Heading2"/>
    <w:rPr>
      <w:rFonts w:asciiTheme="majorHAnsi" w:eastAsiaTheme="majorEastAsia" w:hAnsiTheme="majorHAnsi" w:cstheme="majorBidi"/>
      <w:b/>
      <w:bCs/>
      <w:color w:val="4F81BD"/>
      <w:sz w:val="26"/>
      <w:szCs w:val="26"/>
    </w:rPr>
  </w:style>
  <w:style w:type="character" w:customStyle="1" w:styleId="Heading3Char">
    <w:name w:val="Heading 3 Char"/>
    <w:uiPriority w:val="9"/>
    <w:basedOn w:val="DefaultParagraphFont"/>
    <w:link w:val="Heading3"/>
    <w:rPr>
      <w:rFonts w:asciiTheme="majorHAnsi" w:eastAsiaTheme="majorEastAsia" w:hAnsiTheme="majorHAnsi" w:cstheme="majorBidi"/>
      <w:b/>
      <w:bCs/>
      <w:color w:val="4F81BD"/>
    </w:rPr>
  </w:style>
  <w:style w:type="paragraph" w:styleId="Title">
    <w:name w:val="Title"/>
    <w:uiPriority w:val="10"/>
    <w:basedOn w:val="Normal"/>
    <w:next w:val="Normal"/>
    <w:link w:val="TitleChar"/>
    <w:qFormat/>
    <w:pPr>
      <w:contextualSpacing/>
      <w:spacing w:after="60" w:before="0" w:line="360" w:lineRule="auto"/>
    </w:pPr>
    <w:rPr>
      <w:rFonts w:asciiTheme="majorHAnsi" w:eastAsiaTheme="majorEastAsia" w:hAnsiTheme="majorHAnsi" w:cstheme="majorBidi"/>
      <w:b/>
      <w:color w:val="000000"/>
      <w:sz w:val="36"/>
      <w:szCs w:val="52"/>
      <w:kern w:val="28"/>
      <w:spacing w:val="5"/>
    </w:rPr>
  </w:style>
  <w:style w:type="character" w:customStyle="1" w:styleId="TitleChar">
    <w:name w:val="Title Char"/>
    <w:uiPriority w:val="10"/>
    <w:basedOn w:val="DefaultParagraphFont"/>
    <w:link w:val="Title"/>
    <w:rPr>
      <w:rFonts w:asciiTheme="majorHAnsi" w:eastAsiaTheme="majorEastAsia" w:hAnsiTheme="majorHAnsi" w:cstheme="majorBidi"/>
      <w:color w:val="17375E"/>
      <w:sz w:val="52"/>
      <w:szCs w:val="52"/>
      <w:kern w:val="28"/>
      <w:spacing w:val="5"/>
    </w:rPr>
  </w:style>
  <w:style w:type="paragraph" w:styleId="Subtitle">
    <w:name w:val="Subtitle"/>
    <w:uiPriority w:val="11"/>
    <w:basedOn w:val="Normal"/>
    <w:next w:val="Normal"/>
    <w:link w:val="SubtitleChar"/>
    <w:qFormat/>
    <w:pPr>
      <w:numPr>
        <w:ilvl w:val="0"/>
      </w:numPr>
      <w:spacing w:after="60" w:before="0" w:line="360" w:lineRule="auto"/>
    </w:pPr>
    <w:rPr>
      <w:rFonts w:asciiTheme="majorHAnsi" w:eastAsiaTheme="majorEastAsia" w:hAnsiTheme="majorHAnsi" w:cstheme="majorBidi"/>
      <w:i/>
      <w:iCs/>
      <w:color w:val="000000"/>
      <w:sz w:val="24"/>
      <w:szCs w:val="24"/>
      <w:spacing w:val="15"/>
    </w:rPr>
  </w:style>
  <w:style w:type="character" w:customStyle="1" w:styleId="SubtitleChar">
    <w:name w:val="Subtitle Char"/>
    <w:uiPriority w:val="11"/>
    <w:basedOn w:val="DefaultParagraphFont"/>
    <w:link w:val="Subtitle"/>
    <w:rPr>
      <w:rFonts w:asciiTheme="majorHAnsi" w:eastAsiaTheme="majorEastAsia" w:hAnsiTheme="majorHAnsi" w:cstheme="majorBidi"/>
      <w:i/>
      <w:iCs/>
      <w:color w:val="4F81BD"/>
      <w:sz w:val="24"/>
      <w:szCs w:val="24"/>
      <w:spacing w:val="15"/>
    </w:rPr>
  </w:style>
  <w:style w:type="paragraph" w:styleId="ListParagraph">
    <w:name w:val="List Paragraph"/>
    <w:uiPriority w:val="34"/>
    <w:basedOn w:val="Normal"/>
    <w:qFormat/>
    <w:pPr>
      <w:ind w:left="720"/>
      <w:contextualSpacing/>
    </w:pPr>
  </w:style>
  <w:style w:type="paragraph" w:customStyle="1" w:styleId="BodyText">
    <w:name w:val="Body Text"/>
    <w:uiPriority w:val="99"/>
    <w:basedOn w:val="Normal"/>
    <w:link w:val="BodyTextChar"/>
    <w:unhideWhenUsed/>
    <w:pPr>
      <w:spacing w:after="60" w:before="0" w:line="360" w:lineRule="auto"/>
    </w:pPr>
    <w:rPr>
      <w:rFonts w:ascii="맑은 고딕" w:eastAsia="맑은 고딕" w:hAnsi="맑은 고딕"/>
      <w:color w:val="000000"/>
      <w:sz w:val="24"/>
    </w:rPr>
  </w:style>
  <w:style w:type="character" w:customStyle="1" w:styleId="BodyTextChar">
    <w:name w:val="Body Text Char"/>
    <w:uiPriority w:val="99"/>
    <w:basedOn w:val="DefaultParagraphFont"/>
    <w:link w:val="BodyText"/>
  </w:style>
  <w:style w:type="paragraph" w:customStyle="1" w:styleId="BodyText2">
    <w:name w:val="Body Text 2"/>
    <w:uiPriority w:val="99"/>
    <w:basedOn w:val="Normal"/>
    <w:link w:val="BodyText2Char"/>
    <w:unhideWhenUsed/>
    <w:pPr>
      <w:spacing w:after="120" w:line="480" w:lineRule="auto"/>
    </w:pPr>
  </w:style>
  <w:style w:type="character" w:customStyle="1" w:styleId="BodyText2Char">
    <w:name w:val="Body Text 2 Char"/>
    <w:uiPriority w:val="99"/>
    <w:basedOn w:val="DefaultParagraphFont"/>
    <w:link w:val="BodyText2"/>
  </w:style>
  <w:style w:type="paragraph" w:customStyle="1" w:styleId="BodyText3">
    <w:name w:val="Body Text 3"/>
    <w:uiPriority w:val="99"/>
    <w:basedOn w:val="Normal"/>
    <w:link w:val="BodyText3Char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uiPriority w:val="99"/>
    <w:basedOn w:val="DefaultParagraphFont"/>
    <w:link w:val="BodyText3"/>
    <w:rPr>
      <w:sz w:val="16"/>
      <w:szCs w:val="16"/>
    </w:rPr>
  </w:style>
  <w:style w:type="paragraph" w:customStyle="1" w:styleId="List">
    <w:name w:val="List"/>
    <w:uiPriority w:val="99"/>
    <w:basedOn w:val="Normal"/>
    <w:unhideWhenUsed/>
    <w:pPr>
      <w:ind w:left="360" w:hanging="360"/>
      <w:contextualSpacing/>
    </w:pPr>
  </w:style>
  <w:style w:type="paragraph" w:customStyle="1" w:styleId="List2">
    <w:name w:val="List 2"/>
    <w:uiPriority w:val="99"/>
    <w:basedOn w:val="Normal"/>
    <w:unhideWhenUsed/>
    <w:pPr>
      <w:ind w:left="720" w:hanging="360"/>
      <w:contextualSpacing/>
    </w:pPr>
  </w:style>
  <w:style w:type="paragraph" w:customStyle="1" w:styleId="List3">
    <w:name w:val="List 3"/>
    <w:uiPriority w:val="99"/>
    <w:basedOn w:val="Normal"/>
    <w:unhideWhenUsed/>
    <w:pPr>
      <w:ind w:left="1080" w:hanging="360"/>
      <w:contextualSpacing/>
    </w:pPr>
  </w:style>
  <w:style w:type="paragraph" w:customStyle="1" w:styleId="ListBullet">
    <w:name w:val="List Bullet"/>
    <w:uiPriority w:val="99"/>
    <w:basedOn w:val="Normal"/>
    <w:unhideWhenUsed/>
    <w:pPr>
      <w:contextualSpacing/>
      <w:numPr>
        <w:ilvl w:val="0"/>
        <w:numId w:val="1"/>
      </w:numPr>
    </w:pPr>
  </w:style>
  <w:style w:type="paragraph" w:customStyle="1" w:styleId="ListBullet2">
    <w:name w:val="List Bullet 2"/>
    <w:uiPriority w:val="99"/>
    <w:basedOn w:val="Normal"/>
    <w:unhideWhenUsed/>
    <w:pPr>
      <w:contextualSpacing/>
      <w:numPr>
        <w:ilvl w:val="0"/>
        <w:numId w:val="2"/>
      </w:numPr>
    </w:pPr>
  </w:style>
  <w:style w:type="paragraph" w:customStyle="1" w:styleId="ListBullet3">
    <w:name w:val="List Bullet 3"/>
    <w:uiPriority w:val="99"/>
    <w:basedOn w:val="Normal"/>
    <w:unhideWhenUsed/>
    <w:pPr>
      <w:contextualSpacing/>
      <w:numPr>
        <w:ilvl w:val="0"/>
        <w:numId w:val="3"/>
      </w:numPr>
    </w:pPr>
  </w:style>
  <w:style w:type="paragraph" w:customStyle="1" w:styleId="ListNumber">
    <w:name w:val="List Number"/>
    <w:uiPriority w:val="99"/>
    <w:basedOn w:val="Normal"/>
    <w:unhideWhenUsed/>
    <w:pPr>
      <w:contextualSpacing/>
      <w:numPr>
        <w:ilvl w:val="0"/>
        <w:numId w:val="4"/>
      </w:numPr>
    </w:pPr>
  </w:style>
  <w:style w:type="paragraph" w:customStyle="1" w:styleId="ListNumber2">
    <w:name w:val="List Number 2"/>
    <w:uiPriority w:val="99"/>
    <w:basedOn w:val="Normal"/>
    <w:unhideWhenUsed/>
    <w:pPr>
      <w:contextualSpacing/>
      <w:numPr>
        <w:ilvl w:val="0"/>
        <w:numId w:val="5"/>
      </w:numPr>
    </w:pPr>
  </w:style>
  <w:style w:type="paragraph" w:customStyle="1" w:styleId="ListNumber3">
    <w:name w:val="List Number 3"/>
    <w:uiPriority w:val="99"/>
    <w:basedOn w:val="Normal"/>
    <w:unhideWhenUsed/>
    <w:pPr>
      <w:contextualSpacing/>
      <w:numPr>
        <w:ilvl w:val="0"/>
        <w:numId w:val="6"/>
      </w:numPr>
    </w:pPr>
  </w:style>
  <w:style w:type="paragraph" w:customStyle="1" w:styleId="ListContinue">
    <w:name w:val="List Continue"/>
    <w:uiPriority w:val="99"/>
    <w:basedOn w:val="Normal"/>
    <w:unhideWhenUsed/>
    <w:pPr>
      <w:ind w:left="360"/>
      <w:contextualSpacing/>
      <w:spacing w:after="120"/>
    </w:pPr>
  </w:style>
  <w:style w:type="paragraph" w:customStyle="1" w:styleId="ListContinue2">
    <w:name w:val="List Continue 2"/>
    <w:uiPriority w:val="99"/>
    <w:basedOn w:val="Normal"/>
    <w:unhideWhenUsed/>
    <w:pPr>
      <w:ind w:left="720"/>
      <w:contextualSpacing/>
      <w:spacing w:after="120"/>
    </w:pPr>
  </w:style>
  <w:style w:type="paragraph" w:customStyle="1" w:styleId="ListContinue3">
    <w:name w:val="List Continue 3"/>
    <w:uiPriority w:val="99"/>
    <w:basedOn w:val="Normal"/>
    <w:unhideWhenUsed/>
    <w:pPr>
      <w:ind w:left="1080"/>
      <w:contextualSpacing/>
      <w:spacing w:after="120"/>
    </w:pPr>
  </w:style>
  <w:style w:type="paragraph" w:customStyle="1" w:styleId="MacroText">
    <w:name w:val="macro"/>
    <w:uiPriority w:val="99"/>
    <w:link w:val="MacroTextChar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uiPriority w:val="99"/>
    <w:basedOn w:val="DefaultParagraphFont"/>
    <w:link w:val="MacroText"/>
    <w:rPr>
      <w:rFonts w:ascii="Courier" w:hAnsi="Courier"/>
      <w:sz w:val="20"/>
      <w:szCs w:val="20"/>
    </w:rPr>
  </w:style>
  <w:style w:type="paragraph" w:styleId="Quote">
    <w:name w:val="Quote"/>
    <w:uiPriority w:val="29"/>
    <w:basedOn w:val="Normal"/>
    <w:next w:val="Normal"/>
    <w:link w:val="QuoteChar"/>
    <w:qFormat/>
    <w:rPr>
      <w:i/>
      <w:iCs/>
      <w:color w:val="000000"/>
    </w:rPr>
  </w:style>
  <w:style w:type="character" w:customStyle="1" w:styleId="QuoteChar">
    <w:name w:val="Quote Char"/>
    <w:uiPriority w:val="29"/>
    <w:basedOn w:val="DefaultParagraphFont"/>
    <w:link w:val="Quote"/>
    <w:rPr>
      <w:i/>
      <w:iCs/>
      <w:color w:val="000000"/>
    </w:rPr>
  </w:style>
  <w:style w:type="character" w:customStyle="1" w:styleId="Heading4Char">
    <w:name w:val="Heading 4 Char"/>
    <w:uiPriority w:val="9"/>
    <w:basedOn w:val="DefaultParagraphFont"/>
    <w:link w:val="Heading4"/>
    <w:semiHidden/>
    <w:rPr>
      <w:rFonts w:asciiTheme="majorHAnsi" w:eastAsiaTheme="majorEastAsia" w:hAnsiTheme="majorHAnsi" w:cstheme="majorBidi"/>
      <w:b/>
      <w:bCs/>
      <w:i/>
      <w:iCs/>
      <w:color w:val="4F81BD"/>
    </w:rPr>
  </w:style>
  <w:style w:type="character" w:customStyle="1" w:styleId="Heading5Char">
    <w:name w:val="Heading 5 Char"/>
    <w:uiPriority w:val="9"/>
    <w:basedOn w:val="DefaultParagraphFont"/>
    <w:link w:val="Heading5"/>
    <w:semiHidden/>
    <w:rPr>
      <w:rFonts w:asciiTheme="majorHAnsi" w:eastAsiaTheme="majorEastAsia" w:hAnsiTheme="majorHAnsi" w:cstheme="majorBidi"/>
      <w:color w:val="244061"/>
    </w:rPr>
  </w:style>
  <w:style w:type="character" w:customStyle="1" w:styleId="Heading6Char">
    <w:name w:val="Heading 6 Char"/>
    <w:uiPriority w:val="9"/>
    <w:basedOn w:val="DefaultParagraphFont"/>
    <w:link w:val="Heading6"/>
    <w:semiHidden/>
    <w:rPr>
      <w:rFonts w:asciiTheme="majorHAnsi" w:eastAsiaTheme="majorEastAsia" w:hAnsiTheme="majorHAnsi" w:cstheme="majorBidi"/>
      <w:i/>
      <w:iCs/>
      <w:color w:val="244061"/>
    </w:rPr>
  </w:style>
  <w:style w:type="character" w:customStyle="1" w:styleId="Heading7Char">
    <w:name w:val="Heading 7 Char"/>
    <w:uiPriority w:val="9"/>
    <w:basedOn w:val="DefaultParagraphFont"/>
    <w:link w:val="Heading7"/>
    <w:semiHidden/>
    <w:rPr>
      <w:rFonts w:asciiTheme="majorHAnsi" w:eastAsiaTheme="majorEastAsia" w:hAnsiTheme="majorHAnsi" w:cstheme="majorBidi"/>
      <w:i/>
      <w:iCs/>
      <w:color w:val="3F3F3F"/>
    </w:rPr>
  </w:style>
  <w:style w:type="character" w:customStyle="1" w:styleId="Heading8Char">
    <w:name w:val="Heading 8 Char"/>
    <w:uiPriority w:val="9"/>
    <w:basedOn w:val="DefaultParagraphFont"/>
    <w:link w:val="Heading8"/>
    <w:semiHidden/>
    <w:rPr>
      <w:rFonts w:asciiTheme="majorHAnsi" w:eastAsiaTheme="majorEastAsia" w:hAnsiTheme="majorHAnsi" w:cstheme="majorBidi"/>
      <w:color w:val="4F81BD"/>
      <w:sz w:val="20"/>
      <w:szCs w:val="20"/>
    </w:rPr>
  </w:style>
  <w:style w:type="character" w:customStyle="1" w:styleId="Heading9Char">
    <w:name w:val="Heading 9 Char"/>
    <w:uiPriority w:val="9"/>
    <w:basedOn w:val="DefaultParagraphFont"/>
    <w:link w:val="Heading9"/>
    <w:semiHidden/>
    <w:rPr>
      <w:rFonts w:asciiTheme="majorHAnsi" w:eastAsiaTheme="majorEastAsia" w:hAnsiTheme="majorHAnsi" w:cstheme="majorBidi"/>
      <w:i/>
      <w:iCs/>
      <w:color w:val="3F3F3F"/>
      <w:sz w:val="20"/>
      <w:szCs w:val="20"/>
    </w:rPr>
  </w:style>
  <w:style w:type="paragraph" w:styleId="Caption">
    <w:name w:val="caption"/>
    <w:uiPriority w:val="35"/>
    <w:basedOn w:val="Normal"/>
    <w:next w:val="Normal"/>
    <w:qFormat/>
    <w:semiHidden/>
    <w:unhideWhenUsed/>
    <w:pPr>
      <w:spacing w:line="240" w:lineRule="auto"/>
    </w:pPr>
    <w:rPr>
      <w:b/>
      <w:bCs/>
      <w:color w:val="4F81BD"/>
      <w:sz w:val="18"/>
      <w:szCs w:val="18"/>
    </w:rPr>
  </w:style>
  <w:style w:type="character" w:styleId="Strong">
    <w:name w:val="Strong"/>
    <w:uiPriority w:val="22"/>
    <w:basedOn w:val="DefaultParagraphFont"/>
    <w:qFormat/>
    <w:rPr>
      <w:b/>
      <w:bCs/>
    </w:rPr>
  </w:style>
  <w:style w:type="character" w:styleId="Emphasis">
    <w:name w:val="Emphasis"/>
    <w:uiPriority w:val="20"/>
    <w:basedOn w:val="DefaultParagraphFont"/>
    <w:qFormat/>
    <w:rPr>
      <w:i/>
      <w:iCs/>
    </w:rPr>
  </w:style>
  <w:style w:type="paragraph" w:styleId="IntenseQuote">
    <w:name w:val="Intense Quote"/>
    <w:uiPriority w:val="30"/>
    <w:basedOn w:val="Normal"/>
    <w:next w:val="Normal"/>
    <w:link w:val="IntenseQuoteChar"/>
    <w:qFormat/>
    <w:pPr>
      <w:ind w:left="936" w:right="936"/>
      <w:spacing w:after="280" w:before="200"/>
    </w:pPr>
    <w:rPr>
      <w:b/>
      <w:bCs/>
      <w:i/>
      <w:iCs/>
      <w:color w:val="4F81BD"/>
    </w:rPr>
  </w:style>
  <w:style w:type="character" w:customStyle="1" w:styleId="IntenseQuoteChar">
    <w:name w:val="Intense Quote Char"/>
    <w:uiPriority w:val="30"/>
    <w:basedOn w:val="DefaultParagraphFont"/>
    <w:link w:val="IntenseQuote"/>
    <w:rPr>
      <w:b/>
      <w:bCs/>
      <w:i/>
      <w:iCs/>
      <w:color w:val="4F81BD"/>
    </w:rPr>
  </w:style>
  <w:style w:type="character" w:styleId="SubtleEmphasis">
    <w:name w:val="Subtle Emphasis"/>
    <w:uiPriority w:val="19"/>
    <w:basedOn w:val="DefaultParagraphFont"/>
    <w:qFormat/>
    <w:rPr>
      <w:i/>
      <w:iCs/>
      <w:color w:val="7F7F7F"/>
    </w:rPr>
  </w:style>
  <w:style w:type="character" w:styleId="IntenseEmphasis">
    <w:name w:val="Intense Emphasis"/>
    <w:uiPriority w:val="21"/>
    <w:basedOn w:val="DefaultParagraphFont"/>
    <w:qFormat/>
    <w:rPr>
      <w:b/>
      <w:bCs/>
      <w:i/>
      <w:iCs/>
      <w:color w:val="4F81BD"/>
    </w:rPr>
  </w:style>
  <w:style w:type="character" w:styleId="SubtleReference">
    <w:name w:val="Subtle Reference"/>
    <w:uiPriority w:val="31"/>
    <w:basedOn w:val="DefaultParagraphFont"/>
    <w:qFormat/>
    <w:rPr>
      <w:smallCaps/>
      <w:color w:val="C0504D"/>
      <w:u w:val="single" w:color="auto"/>
    </w:rPr>
  </w:style>
  <w:style w:type="character" w:styleId="IntenseReference">
    <w:name w:val="Intense Reference"/>
    <w:uiPriority w:val="32"/>
    <w:basedOn w:val="DefaultParagraphFont"/>
    <w:qFormat/>
    <w:rPr>
      <w:b/>
      <w:bCs/>
      <w:smallCaps/>
      <w:color w:val="C0504D"/>
      <w:u w:val="single" w:color="auto"/>
      <w:spacing w:val="5"/>
    </w:rPr>
  </w:style>
  <w:style w:type="character" w:styleId="BookTitle">
    <w:name w:val="Book Title"/>
    <w:uiPriority w:val="33"/>
    <w:basedOn w:val="DefaultParagraphFont"/>
    <w:qFormat/>
    <w:rPr>
      <w:b/>
      <w:bCs/>
      <w:smallCaps/>
      <w:spacing w:val="5"/>
    </w:rPr>
  </w:style>
  <w:style w:type="paragraph" w:styleId="TOCHeading">
    <w:name w:val="TOC Heading"/>
    <w:uiPriority w:val="39"/>
    <w:basedOn w:val="Heading1"/>
    <w:next w:val="Normal"/>
    <w:qFormat/>
    <w:semiHidden/>
    <w:unhideWhenUsed/>
    <w:pPr>
      <w:outlineLvl w:val="9"/>
    </w:pPr>
  </w:style>
  <w:style w:type="table" w:styleId="TableGrid">
    <w:name w:val="Table Grid"/>
    <w:uiPriority w:val="59"/>
    <w:basedOn w:val="TableNormal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uiPriority w:val="60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000000" w:themeColor="dk1"/>
        <w:bottom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000000" w:themeColor="dk1"/>
          <w:left w:val="nil"/>
          <w:bottom w:val="single" w:sz="8" w:space="0" w:color="000000" w:themeColor="dk1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000000" w:themeColor="dk1"/>
          <w:left w:val="nil"/>
          <w:bottom w:val="single" w:sz="8" w:space="0" w:color="000000" w:themeColor="dk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</w:style>
  <w:style w:type="table" w:styleId="LightShading-Accent1">
    <w:name w:val="Light Shading Accent 1"/>
    <w:uiPriority w:val="60"/>
    <w:basedOn w:val="TableNormal"/>
    <w:pPr>
      <w:spacing w:after="0" w:line="240" w:lineRule="auto"/>
    </w:pPr>
    <w:rPr>
      <w:color w:val="376092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uiPriority w:val="60"/>
    <w:basedOn w:val="TableNormal"/>
    <w:pPr>
      <w:spacing w:after="0" w:line="240" w:lineRule="auto"/>
    </w:pPr>
    <w:rPr>
      <w:color w:val="953735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LightShading-Accent3">
    <w:name w:val="Light Shading Accent 3"/>
    <w:uiPriority w:val="60"/>
    <w:basedOn w:val="TableNormal"/>
    <w:pPr>
      <w:spacing w:after="0" w:line="240" w:lineRule="auto"/>
    </w:pPr>
    <w:rPr>
      <w:color w:val="76933C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uiPriority w:val="60"/>
    <w:basedOn w:val="TableNormal"/>
    <w:pPr>
      <w:spacing w:after="0" w:line="240" w:lineRule="auto"/>
    </w:pPr>
    <w:rPr>
      <w:color w:val="604A7B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uiPriority w:val="60"/>
    <w:basedOn w:val="TableNormal"/>
    <w:pPr>
      <w:spacing w:after="0" w:line="240" w:lineRule="auto"/>
    </w:pPr>
    <w:rPr>
      <w:color w:val="31859B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LightShading-Accent6">
    <w:name w:val="Light Shading Accent 6"/>
    <w:uiPriority w:val="60"/>
    <w:basedOn w:val="TableNormal"/>
    <w:pPr>
      <w:spacing w:after="0" w:line="240" w:lineRule="auto"/>
    </w:pPr>
    <w:rPr>
      <w:color w:val="E46C0A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LightList">
    <w:name w:val="Light List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000000" w:themeFill="dk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band1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</w:style>
  <w:style w:type="table" w:styleId="LightList-Accent1">
    <w:name w:val="Light List Accent 1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  <w:insideH w:val="single" w:sz="8" w:space="0" w:color="000000" w:themeColor="dk1"/>
        <w:insideV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18" w:space="0" w:color="000000" w:themeColor="dk1"/>
          <w:right w:val="single" w:sz="8" w:space="0" w:color="000000" w:themeColor="dk1"/>
          <w:insideH w:val="nil"/>
          <w:insideV w:val="single" w:sz="8" w:space="0" w:color="000000" w:themeColor="dk1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H w:val="nil"/>
          <w:insideV w:val="single" w:sz="8" w:space="0" w:color="000000" w:themeColor="dk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band1Vert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  <w:shd w:val="clear" w:color="auto" w:fill="BFBFBF" w:themeFill="dk1" w:themeFillTint="3f"/>
      </w:tcPr>
    </w:tblStylePr>
    <w:tblStylePr w:type="band1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V w:val="single" w:sz="8" w:space="0" w:color="000000" w:themeColor="dk1"/>
        </w:tcBorders>
        <w:shd w:val="clear" w:color="auto" w:fill="BFBFBF" w:themeFill="dk1" w:themeFillTint="3f"/>
      </w:tcPr>
    </w:tblStylePr>
    <w:tblStylePr w:type="band2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V w:val="single" w:sz="8" w:space="0" w:color="000000" w:themeColor="dk1"/>
        </w:tcBorders>
      </w:tcPr>
    </w:tblStylePr>
  </w:style>
  <w:style w:type="table" w:styleId="LightGrid-Accent1">
    <w:name w:val="Light Grid Accent 1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3F3F3F" w:themeColor="dk1" w:themeTint="bf"/>
        <w:left w:val="single" w:sz="8" w:space="0" w:color="3F3F3F" w:themeColor="dk1" w:themeTint="bf"/>
        <w:bottom w:val="single" w:sz="8" w:space="0" w:color="3F3F3F" w:themeColor="dk1" w:themeTint="bf"/>
        <w:right w:val="single" w:sz="8" w:space="0" w:color="3F3F3F" w:themeColor="dk1" w:themeTint="bf"/>
        <w:insideH w:val="single" w:sz="8" w:space="0" w:color="3F3F3F" w:themeColor="dk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3F3F3F" w:themeColor="dk1" w:themeTint="bf"/>
          <w:left w:val="single" w:sz="8" w:space="0" w:color="3F3F3F" w:themeColor="dk1" w:themeTint="bf"/>
          <w:bottom w:val="single" w:sz="8" w:space="0" w:color="3F3F3F" w:themeColor="dk1" w:themeTint="bf"/>
          <w:right w:val="single" w:sz="8" w:space="0" w:color="3F3F3F" w:themeColor="dk1" w:themeTint="bf"/>
          <w:insideH w:val="nil"/>
          <w:insideV w:val="nil"/>
        </w:tcBorders>
        <w:shd w:val="clear" w:color="auto" w:fill="000000" w:themeFill="dk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3F3F3F" w:themeColor="dk1" w:themeTint="bf"/>
          <w:left w:val="single" w:sz="8" w:space="0" w:color="3F3F3F" w:themeColor="dk1" w:themeTint="bf"/>
          <w:bottom w:val="single" w:sz="8" w:space="0" w:color="3F3F3F" w:themeColor="dk1" w:themeTint="bf"/>
          <w:right w:val="single" w:sz="8" w:space="0" w:color="3F3F3F" w:themeColor="dk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dk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dk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B4CC82" w:themeColor="accent3" w:themeTint="bf"/>
        <w:left w:val="single" w:sz="8" w:space="0" w:color="B4CC82" w:themeColor="accent3" w:themeTint="bf"/>
        <w:bottom w:val="single" w:sz="8" w:space="0" w:color="B4CC82" w:themeColor="accent3" w:themeTint="bf"/>
        <w:right w:val="single" w:sz="8" w:space="0" w:color="B4CC82" w:themeColor="accent3" w:themeTint="bf"/>
        <w:insideH w:val="single" w:sz="8" w:space="0" w:color="B4CC82" w:themeColor="accent3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B4CC82" w:themeColor="accent3" w:themeTint="bf"/>
          <w:left w:val="single" w:sz="8" w:space="0" w:color="B4CC82" w:themeColor="accent3" w:themeTint="bf"/>
          <w:bottom w:val="single" w:sz="8" w:space="0" w:color="B4CC82" w:themeColor="accent3" w:themeTint="bf"/>
          <w:right w:val="single" w:sz="8" w:space="0" w:color="B4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B4CC82" w:themeColor="accent3" w:themeTint="bf"/>
          <w:left w:val="single" w:sz="8" w:space="0" w:color="B4CC82" w:themeColor="accent3" w:themeTint="bf"/>
          <w:bottom w:val="single" w:sz="8" w:space="0" w:color="B4CC82" w:themeColor="accent3" w:themeTint="bf"/>
          <w:right w:val="single" w:sz="8" w:space="0" w:color="B4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dk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dk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000000" w:themeColor="dk1"/>
        <w:bottom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dk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 w:themeColor="dk1"/>
          <w:bottom w:val="single" w:sz="8" w:space="0" w:color="000000" w:themeColor="dk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dk1"/>
          <w:bottom w:val="single" w:sz="8" w:space="0" w:color="000000" w:themeColor="dk1"/>
        </w:tcBorders>
      </w:tcPr>
    </w:tblStylePr>
    <w:tblStylePr w:type="band1Vert">
      <w:tblPr/>
      <w:tcPr>
        <w:shd w:val="clear" w:color="auto" w:fill="BFBFBF" w:themeFill="dk1" w:themeFillTint="3f"/>
      </w:tcPr>
    </w:tblStylePr>
    <w:tblStylePr w:type="band1Horz">
      <w:tblPr/>
      <w:tcPr>
        <w:shd w:val="clear" w:color="auto" w:fill="BFBFBF" w:themeFill="dk1" w:themeFillTint="3f"/>
      </w:tcPr>
    </w:tblStylePr>
  </w:style>
  <w:style w:type="table" w:styleId="MediumList1-Accent1">
    <w:name w:val="Medium List 1 Accent 1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MediumList1-Accent3">
    <w:name w:val="Medium List 1 Accent 3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MediumList1-Accent6">
    <w:name w:val="Medium List 1 Accent 6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MediumList2">
    <w:name w:val="Medium List 2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dk1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dk1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000000" w:themeColor="dk1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dk1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3F3F3F" w:themeColor="dk1" w:themeTint="bf"/>
        <w:left w:val="single" w:sz="8" w:space="0" w:color="3F3F3F" w:themeColor="dk1" w:themeTint="bf"/>
        <w:bottom w:val="single" w:sz="8" w:space="0" w:color="3F3F3F" w:themeColor="dk1" w:themeTint="bf"/>
        <w:right w:val="single" w:sz="8" w:space="0" w:color="3F3F3F" w:themeColor="dk1" w:themeTint="bf"/>
        <w:insideH w:val="single" w:sz="8" w:space="0" w:color="3F3F3F" w:themeColor="dk1" w:themeTint="bf"/>
        <w:insideV w:val="single" w:sz="8" w:space="0" w:color="3F3F3F" w:themeColor="dk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BFBFBF" w:themeFill="dk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F3F3F" w:themeColor="dk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dk1" w:themeFillTint="7f"/>
      </w:tcPr>
    </w:tblStylePr>
    <w:tblStylePr w:type="band1Horz">
      <w:tblPr/>
      <w:tcPr>
        <w:shd w:val="clear" w:color="auto" w:fill="7F7F7F" w:themeFill="dk1" w:themeFillTint="7f"/>
      </w:tcPr>
    </w:tblStylePr>
  </w:style>
  <w:style w:type="table" w:styleId="MediumGrid1-Accent1">
    <w:name w:val="Medium Grid 1 Accent 1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MediumGrid1-Accent2">
    <w:name w:val="Medium Grid 1 Accent 2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B4CC82" w:themeColor="accent3" w:themeTint="bf"/>
        <w:left w:val="single" w:sz="8" w:space="0" w:color="B4CC82" w:themeColor="accent3" w:themeTint="bf"/>
        <w:bottom w:val="single" w:sz="8" w:space="0" w:color="B4CC82" w:themeColor="accent3" w:themeTint="bf"/>
        <w:right w:val="single" w:sz="8" w:space="0" w:color="B4CC82" w:themeColor="accent3" w:themeTint="bf"/>
        <w:insideH w:val="single" w:sz="8" w:space="0" w:color="B4CC82" w:themeColor="accent3" w:themeTint="bf"/>
        <w:insideV w:val="single" w:sz="8" w:space="0" w:color="B4CC82" w:themeColor="accent3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  <w:insideH w:val="single" w:sz="8" w:space="0" w:color="000000" w:themeColor="dk1"/>
        <w:insideV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BFBFBF" w:themeFill="dk1" w:themeFillTint="3f"/>
    </w:tcPr>
    <w:tblStylePr w:type="firstRow">
      <w:rPr>
        <w:b/>
        <w:bCs/>
        <w:color w:val="000000"/>
      </w:rPr>
      <w:tblPr/>
      <w:tcPr>
        <w:shd w:val="clear" w:color="auto" w:fill="E5E5E5" w:themeFill="dk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BCB" w:themeFill="dk1" w:themeFillTint="33"/>
      </w:tcPr>
    </w:tblStylePr>
    <w:tblStylePr w:type="band1Vert">
      <w:tblPr/>
      <w:tcPr>
        <w:shd w:val="clear" w:color="auto" w:fill="7F7F7F" w:themeFill="dk1" w:themeFillTint="7f"/>
      </w:tcPr>
    </w:tblStylePr>
    <w:tblStylePr w:type="band1Horz">
      <w:tblPr/>
      <w:tcPr>
        <w:tcBorders>
          <w:insideH w:val="single" w:sz="6" w:space="0" w:color="000000" w:themeColor="dk1"/>
          <w:insideV w:val="single" w:sz="6" w:space="0" w:color="000000" w:themeColor="dk1"/>
        </w:tcBorders>
        <w:shd w:val="clear" w:color="auto" w:fill="7F7F7F" w:themeFill="dk1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1">
    <w:name w:val="Medium Grid 2 Accent 1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  <w:color w:val="000000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2">
    <w:name w:val="Medium Grid 2 Accent 2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  <w:color w:val="000000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3">
    <w:name w:val="Medium Grid 2 Accent 3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  <w:color w:val="000000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4">
    <w:name w:val="Medium Grid 2 Accent 4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  <w:color w:val="000000"/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0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5">
    <w:name w:val="Medium Grid 2 Accent 5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  <w:color w:val="000000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6">
    <w:name w:val="Medium Grid 2 Accent 6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  <w:color w:val="000000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A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3">
    <w:name w:val="Medium Grid 3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BFBFBF" w:themeFill="dk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000000" w:themeFill="dk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000000" w:themeFill="dk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000000" w:themeFill="dk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000000" w:themeFill="dk1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7F7F7F" w:themeFill="dk1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7F7F7F" w:themeFill="dk1" w:themeFillTint="7f"/>
      </w:tcPr>
    </w:tblStylePr>
  </w:style>
  <w:style w:type="table" w:styleId="MediumGrid3-Accent1">
    <w:name w:val="Medium Grid 3 Accent 1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A7C0DE" w:themeFill="accent1" w:themeFillTint="7f"/>
      </w:tcPr>
    </w:tblStylePr>
  </w:style>
  <w:style w:type="table" w:styleId="MediumGrid3-Accent2">
    <w:name w:val="Medium Grid 3 Accent 2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FBCAA2" w:themeFill="accent6" w:themeFillTint="7f"/>
      </w:tcPr>
    </w:tblStylePr>
  </w:style>
  <w:style w:type="table" w:styleId="DarkList">
    <w:name w:val="Dark List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000000" w:themeFill="dk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000000" w:themeFill="dk1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</w:style>
  <w:style w:type="table" w:styleId="DarkList-Accent1">
    <w:name w:val="Dark List Accent 1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2440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37609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</w:style>
  <w:style w:type="table" w:styleId="DarkList-Accent2">
    <w:name w:val="Dark List Accent 2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6325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95373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</w:style>
  <w:style w:type="table" w:styleId="DarkList-Accent3">
    <w:name w:val="Dark List Accent 3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4F62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7693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</w:style>
  <w:style w:type="table" w:styleId="DarkList-Accent4">
    <w:name w:val="Dark List Accent 4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40315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604A7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</w:style>
  <w:style w:type="table" w:styleId="DarkList-Accent5">
    <w:name w:val="Dark List Accent 5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21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3185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</w:style>
  <w:style w:type="table" w:styleId="DarkList-Accent6">
    <w:name w:val="Dark List Accent 6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97480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E4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</w:style>
  <w:style w:type="table" w:styleId="ColorfulShading">
    <w:name w:val="Colorful Shading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C0504D" w:themeColor="accent2"/>
        <w:left w:val="single" w:sz="4" w:space="0" w:color="000000" w:themeColor="dk1"/>
        <w:bottom w:val="single" w:sz="4" w:space="0" w:color="000000" w:themeColor="dk1"/>
        <w:right w:val="single" w:sz="4" w:space="0" w:color="000000" w:themeColor="dk1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5E5E5" w:themeFill="dk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000000" w:themeFill="dk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dk1" w:themeShade="99"/>
          <w:insideV w:val="nil"/>
        </w:tcBorders>
        <w:shd w:val="clear" w:color="auto" w:fill="000000" w:themeFill="dk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  <w:tblStylePr w:type="band1Vert">
      <w:tblPr/>
      <w:tcPr>
        <w:shd w:val="clear" w:color="auto" w:fill="989898" w:themeFill="dk1" w:themeFillTint="66"/>
      </w:tcPr>
    </w:tblStylePr>
    <w:tblStylePr w:type="band1Horz">
      <w:tblPr/>
      <w:tcPr>
        <w:shd w:val="clear" w:color="auto" w:fill="7F7F7F" w:themeFill="dk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2C4D75" w:themeFill="accent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D75" w:themeColor="accent1" w:themeShade="99"/>
          <w:insideV w:val="nil"/>
        </w:tcBorders>
        <w:shd w:val="clear" w:color="auto" w:fill="2C4D75" w:themeFill="accent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D75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772C2A" w:themeFill="accent2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9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5F7530" w:themeFill="accent3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F7530" w:themeColor="accent3" w:themeShade="99"/>
          <w:insideV w:val="nil"/>
        </w:tcBorders>
        <w:shd w:val="clear" w:color="auto" w:fill="5F7530" w:themeFill="accent3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7530" w:themeFill="accent3" w:themeFillShade="99"/>
      </w:tcPr>
    </w:tblStylePr>
    <w:tblStylePr w:type="band1Vert">
      <w:tblPr/>
      <w:tcPr>
        <w:shd w:val="clear" w:color="auto" w:fill="D7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4D3B62" w:themeFill="accent4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D3B62" w:themeColor="accent4" w:themeShade="99"/>
          <w:insideV w:val="nil"/>
        </w:tcBorders>
        <w:shd w:val="clear" w:color="auto" w:fill="4D3B62" w:themeFill="accent4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3B62" w:themeFill="accent4" w:themeFillShade="99"/>
      </w:tcPr>
    </w:tblStylePr>
    <w:tblStylePr w:type="band1Vert">
      <w:tblPr/>
      <w:tcPr>
        <w:shd w:val="clear" w:color="auto" w:fill="CCC1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276A7C" w:themeFill="accent5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7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B65708" w:themeFill="accent6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708" w:themeColor="accent6" w:themeShade="99"/>
          <w:insideV w:val="nil"/>
        </w:tcBorders>
        <w:shd w:val="clear" w:color="auto" w:fill="B65708" w:themeFill="accent6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708" w:themeFill="accent6" w:themeFillShade="99"/>
      </w:tcPr>
    </w:tblStylePr>
    <w:tblStylePr w:type="band1Vert">
      <w:tblPr/>
      <w:tcPr>
        <w:shd w:val="clear" w:color="auto" w:fill="FBD5B5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5E5E5" w:themeFill="dk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  <w:tblStylePr w:type="band1Horz">
      <w:tblPr/>
      <w:tcPr>
        <w:shd w:val="clear" w:color="auto" w:fill="CBCBCB" w:themeFill="dk1" w:themeFillTint="33"/>
      </w:tcPr>
    </w:tblStylePr>
  </w:style>
  <w:style w:type="table" w:styleId="ColorfulList-Accent1">
    <w:name w:val="Colorful List Accent 1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664F83" w:themeFill="accent4" w:themeFillShade="cc"/>
      </w:tcPr>
    </w:tblStylePr>
    <w:tblStylePr w:type="lastRow">
      <w:rPr>
        <w:b/>
        <w:bCs/>
        <w:color w:val="664F83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BF1DD" w:themeFill="accent3" w:themeFillTint="33"/>
      </w:tcPr>
    </w:tblStylePr>
  </w:style>
  <w:style w:type="table" w:styleId="ColorfulList-Accent4">
    <w:name w:val="Colorful List Accent 4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7E9D40" w:themeFill="accent3" w:themeFillShade="cc"/>
      </w:tcPr>
    </w:tblStylePr>
    <w:tblStylePr w:type="lastRow">
      <w:rPr>
        <w:b/>
        <w:bCs/>
        <w:color w:val="7E9D40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E0EC" w:themeFill="accent4" w:themeFillTint="33"/>
      </w:tcPr>
    </w:tblStylePr>
  </w:style>
  <w:style w:type="table" w:styleId="ColorfulList-Accent5">
    <w:name w:val="Colorful List Accent 5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F3740B" w:themeFill="accent6" w:themeFillShade="cc"/>
      </w:tcPr>
    </w:tblStylePr>
    <w:tblStylePr w:type="lastRow">
      <w:rPr>
        <w:b/>
        <w:bCs/>
        <w:color w:val="F3740B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358EA6" w:themeFill="accent5" w:themeFillShade="cc"/>
      </w:tcPr>
    </w:tblStylePr>
    <w:tblStylePr w:type="lastRow">
      <w:rPr>
        <w:b/>
        <w:bCs/>
        <w:color w:val="358EA6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AD9" w:themeFill="accent6" w:themeFillTint="33"/>
      </w:tcPr>
    </w:tblStylePr>
  </w:style>
  <w:style w:type="table" w:styleId="ColorfulGrid">
    <w:name w:val="Colorful Grid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CBCBCB" w:themeFill="dk1" w:themeFillTint="33"/>
    </w:tcPr>
    <w:tblStylePr w:type="firstRow">
      <w:rPr>
        <w:b/>
        <w:bCs/>
      </w:rPr>
      <w:tblPr/>
      <w:tcPr>
        <w:shd w:val="clear" w:color="auto" w:fill="989898" w:themeFill="dk1" w:themeFillTint="66"/>
      </w:tcPr>
    </w:tblStylePr>
    <w:tblStylePr w:type="lastRow">
      <w:rPr>
        <w:b/>
        <w:bCs/>
        <w:color w:val="000000"/>
      </w:rPr>
      <w:tblPr/>
      <w:tcPr>
        <w:shd w:val="clear" w:color="auto" w:fill="989898" w:themeFill="dk1" w:themeFillTint="66"/>
      </w:tcPr>
    </w:tblStylePr>
    <w:tblStylePr w:type="firstCol">
      <w:rPr>
        <w:color w:val="FFFFFF"/>
      </w:rPr>
      <w:tblPr/>
      <w:tcPr>
        <w:shd w:val="clear" w:color="auto" w:fill="000000" w:themeFill="dk1" w:themeFillShade="bf"/>
      </w:tcPr>
    </w:tblStylePr>
    <w:tblStylePr w:type="lastCol">
      <w:rPr>
        <w:color w:val="FFFFFF"/>
      </w:rPr>
      <w:tblPr/>
      <w:tcPr>
        <w:shd w:val="clear" w:color="auto" w:fill="000000" w:themeFill="dk1" w:themeFillShade="bf"/>
      </w:tcPr>
    </w:tblStylePr>
    <w:tblStylePr w:type="band1Vert">
      <w:tblPr/>
      <w:tcPr>
        <w:shd w:val="clear" w:color="auto" w:fill="7F7F7F" w:themeFill="dk1" w:themeFillTint="7f"/>
      </w:tcPr>
    </w:tblStylePr>
    <w:tblStylePr w:type="band1Horz">
      <w:tblPr/>
      <w:tcPr>
        <w:shd w:val="clear" w:color="auto" w:fill="7F7F7F" w:themeFill="dk1" w:themeFillTint="7f"/>
      </w:tcPr>
    </w:tblStylePr>
  </w:style>
  <w:style w:type="table" w:styleId="ColorfulGrid-Accent1">
    <w:name w:val="Colorful Grid Accent 1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/>
      </w:rPr>
      <w:tblPr/>
      <w:tcPr>
        <w:shd w:val="clear" w:color="auto" w:fill="B8CCE4" w:themeFill="accent1" w:themeFillTint="66"/>
      </w:tcPr>
    </w:tblStylePr>
    <w:tblStylePr w:type="firstCol">
      <w:rPr>
        <w:color w:val="FFFFFF"/>
      </w:rPr>
      <w:tblPr/>
      <w:tcPr>
        <w:shd w:val="clear" w:color="auto" w:fill="376092" w:themeFill="accent1" w:themeFillShade="bf"/>
      </w:tcPr>
    </w:tblStylePr>
    <w:tblStylePr w:type="lastCol">
      <w:rPr>
        <w:color w:val="FFFFFF"/>
      </w:rPr>
      <w:tblPr/>
      <w:tcPr>
        <w:shd w:val="clear" w:color="auto" w:fill="376092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ColorfulGrid-Accent2">
    <w:name w:val="Colorful Grid Accent 2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9B7" w:themeFill="accent2" w:themeFillTint="66"/>
      </w:tcPr>
    </w:tblStylePr>
    <w:tblStylePr w:type="lastRow">
      <w:rPr>
        <w:b/>
        <w:bCs/>
        <w:color w:val="000000"/>
      </w:rPr>
      <w:tblPr/>
      <w:tcPr>
        <w:shd w:val="clear" w:color="auto" w:fill="E5B9B7" w:themeFill="accent2" w:themeFillTint="66"/>
      </w:tcPr>
    </w:tblStylePr>
    <w:tblStylePr w:type="firstCol">
      <w:rPr>
        <w:color w:val="FFFFFF"/>
      </w:rPr>
      <w:tblPr/>
      <w:tcPr>
        <w:shd w:val="clear" w:color="auto" w:fill="953735" w:themeFill="accent2" w:themeFillShade="bf"/>
      </w:tcPr>
    </w:tblStylePr>
    <w:tblStylePr w:type="lastCol">
      <w:rPr>
        <w:color w:val="FFFFFF"/>
      </w:rPr>
      <w:tblPr/>
      <w:tcPr>
        <w:shd w:val="clear" w:color="auto" w:fill="953735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BF1DD" w:themeFill="accent3" w:themeFillTint="33"/>
    </w:tcPr>
    <w:tblStylePr w:type="firstRow">
      <w:rPr>
        <w:b/>
        <w:bCs/>
      </w:rPr>
      <w:tblPr/>
      <w:tcPr>
        <w:shd w:val="clear" w:color="auto" w:fill="D7E3BC" w:themeFill="accent3" w:themeFillTint="66"/>
      </w:tcPr>
    </w:tblStylePr>
    <w:tblStylePr w:type="lastRow">
      <w:rPr>
        <w:b/>
        <w:bCs/>
        <w:color w:val="000000"/>
      </w:rPr>
      <w:tblPr/>
      <w:tcPr>
        <w:shd w:val="clear" w:color="auto" w:fill="D7E3BC" w:themeFill="accent3" w:themeFillTint="66"/>
      </w:tcPr>
    </w:tblStylePr>
    <w:tblStylePr w:type="firstCol">
      <w:rPr>
        <w:color w:val="FFFFFF"/>
      </w:rPr>
      <w:tblPr/>
      <w:tcPr>
        <w:shd w:val="clear" w:color="auto" w:fill="76933C" w:themeFill="accent3" w:themeFillShade="bf"/>
      </w:tcPr>
    </w:tblStylePr>
    <w:tblStylePr w:type="lastCol">
      <w:rPr>
        <w:color w:val="FFFFFF"/>
      </w:rPr>
      <w:tblPr/>
      <w:tcPr>
        <w:shd w:val="clear" w:color="auto" w:fill="7693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5E0EC" w:themeFill="accent4" w:themeFillTint="33"/>
    </w:tcPr>
    <w:tblStylePr w:type="firstRow">
      <w:rPr>
        <w:b/>
        <w:bCs/>
      </w:rPr>
      <w:tblPr/>
      <w:tcPr>
        <w:shd w:val="clear" w:color="auto" w:fill="CCC1D9" w:themeFill="accent4" w:themeFillTint="66"/>
      </w:tcPr>
    </w:tblStylePr>
    <w:tblStylePr w:type="lastRow">
      <w:rPr>
        <w:b/>
        <w:bCs/>
        <w:color w:val="000000"/>
      </w:rPr>
      <w:tblPr/>
      <w:tcPr>
        <w:shd w:val="clear" w:color="auto" w:fill="CCC1D9" w:themeFill="accent4" w:themeFillTint="66"/>
      </w:tcPr>
    </w:tblStylePr>
    <w:tblStylePr w:type="firstCol">
      <w:rPr>
        <w:color w:val="FFFFFF"/>
      </w:rPr>
      <w:tblPr/>
      <w:tcPr>
        <w:shd w:val="clear" w:color="auto" w:fill="604A7B" w:themeFill="accent4" w:themeFillShade="bf"/>
      </w:tcPr>
    </w:tblStylePr>
    <w:tblStylePr w:type="lastCol">
      <w:rPr>
        <w:color w:val="FFFFFF"/>
      </w:rPr>
      <w:tblPr/>
      <w:tcPr>
        <w:shd w:val="clear" w:color="auto" w:fill="604A7B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7DDE8" w:themeFill="accent5" w:themeFillTint="66"/>
      </w:tcPr>
    </w:tblStylePr>
    <w:tblStylePr w:type="lastRow">
      <w:rPr>
        <w:b/>
        <w:bCs/>
        <w:color w:val="000000"/>
      </w:rPr>
      <w:tblPr/>
      <w:tcPr>
        <w:shd w:val="clear" w:color="auto" w:fill="B7DDE8" w:themeFill="accent5" w:themeFillTint="66"/>
      </w:tcPr>
    </w:tblStylePr>
    <w:tblStylePr w:type="firstCol">
      <w:rPr>
        <w:color w:val="FFFFFF"/>
      </w:rPr>
      <w:tblPr/>
      <w:tcPr>
        <w:shd w:val="clear" w:color="auto" w:fill="31859B" w:themeFill="accent5" w:themeFillShade="bf"/>
      </w:tcPr>
    </w:tblStylePr>
    <w:tblStylePr w:type="lastCol">
      <w:rPr>
        <w:color w:val="FFFFFF"/>
      </w:rPr>
      <w:tblPr/>
      <w:tcPr>
        <w:shd w:val="clear" w:color="auto" w:fill="3185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AD9" w:themeFill="accent6" w:themeFillTint="33"/>
    </w:tcPr>
    <w:tblStylePr w:type="firstRow">
      <w:rPr>
        <w:b/>
        <w:bCs/>
      </w:rPr>
      <w:tblPr/>
      <w:tcPr>
        <w:shd w:val="clear" w:color="auto" w:fill="FBD5B5" w:themeFill="accent6" w:themeFillTint="66"/>
      </w:tcPr>
    </w:tblStylePr>
    <w:tblStylePr w:type="lastRow">
      <w:rPr>
        <w:b/>
        <w:bCs/>
        <w:color w:val="000000"/>
      </w:rPr>
      <w:tblPr/>
      <w:tcPr>
        <w:shd w:val="clear" w:color="auto" w:fill="FBD5B5" w:themeFill="accent6" w:themeFillTint="66"/>
      </w:tcPr>
    </w:tblStylePr>
    <w:tblStylePr w:type="firstCol">
      <w:rPr>
        <w:color w:val="FFFFFF"/>
      </w:rPr>
      <w:tblPr/>
      <w:tcPr>
        <w:shd w:val="clear" w:color="auto" w:fill="E46C0A" w:themeFill="accent6" w:themeFillShade="bf"/>
      </w:tcPr>
    </w:tblStylePr>
    <w:tblStylePr w:type="lastCol">
      <w:rPr>
        <w:color w:val="FFFFFF"/>
      </w:rPr>
      <w:tblPr/>
      <w:tcPr>
        <w:shd w:val="clear" w:color="auto" w:fill="E4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1</cp:revision>
  <dcterms:created xsi:type="dcterms:W3CDTF">2013-12-23T23:15:00Z</dcterms:created>
  <dcterms:modified xsi:type="dcterms:W3CDTF">2026-07-23T03:13:15Z</dcterms:modified>
  <cp:version>1100.0100.01</cp:version>
</cp:coreProperties>
</file>